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005B" w14:textId="52D46761" w:rsidR="00692FE4" w:rsidRPr="00720285" w:rsidRDefault="00692FE4" w:rsidP="005F6954">
      <w:pPr>
        <w:spacing w:after="0"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36"/>
          <w:szCs w:val="36"/>
          <w:lang w:eastAsia="ja-JP"/>
        </w:rPr>
      </w:pPr>
      <w:r w:rsidRPr="00720285">
        <w:rPr>
          <w:rFonts w:asciiTheme="majorHAnsi" w:eastAsiaTheme="majorEastAsia" w:hAnsiTheme="majorHAnsi" w:cstheme="majorBidi"/>
          <w:b/>
          <w:spacing w:val="5"/>
          <w:kern w:val="28"/>
          <w:sz w:val="36"/>
          <w:szCs w:val="36"/>
          <w:lang w:eastAsia="ja-JP"/>
        </w:rPr>
        <w:t>市内循環バス『ヨッピィ』</w:t>
      </w:r>
      <w:r w:rsidR="008006DB" w:rsidRPr="00720285">
        <w:rPr>
          <w:rFonts w:asciiTheme="majorHAnsi" w:eastAsiaTheme="majorEastAsia" w:hAnsiTheme="majorHAnsi" w:cstheme="majorBidi" w:hint="eastAsia"/>
          <w:b/>
          <w:spacing w:val="5"/>
          <w:kern w:val="28"/>
          <w:sz w:val="36"/>
          <w:szCs w:val="36"/>
          <w:lang w:eastAsia="ja-JP"/>
        </w:rPr>
        <w:t>の運行についての</w:t>
      </w:r>
      <w:r w:rsidRPr="00720285">
        <w:rPr>
          <w:rFonts w:asciiTheme="majorHAnsi" w:eastAsiaTheme="majorEastAsia" w:hAnsiTheme="majorHAnsi" w:cstheme="majorBidi"/>
          <w:b/>
          <w:spacing w:val="5"/>
          <w:kern w:val="28"/>
          <w:sz w:val="36"/>
          <w:szCs w:val="36"/>
          <w:lang w:eastAsia="ja-JP"/>
        </w:rPr>
        <w:t>利用者アンケート</w:t>
      </w:r>
    </w:p>
    <w:p w14:paraId="432D28F2" w14:textId="1C51BF27" w:rsidR="00230957" w:rsidRPr="000A0A2D" w:rsidRDefault="00230957" w:rsidP="00230957">
      <w:pPr>
        <w:spacing w:after="0" w:line="240" w:lineRule="auto"/>
        <w:ind w:firstLineChars="100" w:firstLine="220"/>
        <w:rPr>
          <w:sz w:val="22"/>
          <w:lang w:eastAsia="ja-JP"/>
        </w:rPr>
      </w:pPr>
      <w:r w:rsidRPr="000A0A2D">
        <w:rPr>
          <w:rFonts w:hint="eastAsia"/>
          <w:sz w:val="22"/>
          <w:lang w:eastAsia="ja-JP"/>
        </w:rPr>
        <w:t>日頃より、市内循環バス「ヨッピィ」をご利用いただきありがとうございます。</w:t>
      </w:r>
    </w:p>
    <w:p w14:paraId="3553F761" w14:textId="54328D47" w:rsidR="00230957" w:rsidRPr="000A0A2D" w:rsidRDefault="00230957" w:rsidP="00230957">
      <w:pPr>
        <w:spacing w:after="0" w:line="240" w:lineRule="auto"/>
        <w:ind w:firstLineChars="100" w:firstLine="220"/>
        <w:rPr>
          <w:sz w:val="22"/>
          <w:lang w:eastAsia="ja-JP"/>
        </w:rPr>
      </w:pPr>
      <w:r w:rsidRPr="000A0A2D">
        <w:rPr>
          <w:rFonts w:hint="eastAsia"/>
          <w:sz w:val="22"/>
          <w:lang w:eastAsia="ja-JP"/>
        </w:rPr>
        <w:t>現在、交通渋滞や道路状況等の影響により、時刻表どおりの運行が難しく、遅延が生じる場合があります。</w:t>
      </w:r>
    </w:p>
    <w:p w14:paraId="6391629A" w14:textId="77777777" w:rsidR="00C731B8" w:rsidRPr="000A0A2D" w:rsidRDefault="00967DB5" w:rsidP="00230957">
      <w:pPr>
        <w:spacing w:after="0" w:line="240" w:lineRule="auto"/>
        <w:ind w:firstLineChars="100" w:firstLine="220"/>
        <w:rPr>
          <w:sz w:val="22"/>
          <w:lang w:eastAsia="ja-JP"/>
        </w:rPr>
      </w:pPr>
      <w:r w:rsidRPr="000A0A2D">
        <w:rPr>
          <w:rFonts w:hint="eastAsia"/>
          <w:sz w:val="22"/>
          <w:lang w:eastAsia="ja-JP"/>
        </w:rPr>
        <w:t>また、</w:t>
      </w:r>
      <w:r w:rsidRPr="000A0A2D">
        <w:rPr>
          <w:sz w:val="22"/>
          <w:lang w:eastAsia="ja-JP"/>
        </w:rPr>
        <w:t>令和7年度の実績では、「ヨッピィ」の運行</w:t>
      </w:r>
      <w:r w:rsidR="00EA6399" w:rsidRPr="000A0A2D">
        <w:rPr>
          <w:rFonts w:hint="eastAsia"/>
          <w:sz w:val="22"/>
          <w:lang w:eastAsia="ja-JP"/>
        </w:rPr>
        <w:t>経費</w:t>
      </w:r>
      <w:r w:rsidRPr="000A0A2D">
        <w:rPr>
          <w:sz w:val="22"/>
          <w:lang w:eastAsia="ja-JP"/>
        </w:rPr>
        <w:t>に年間約2,926万円</w:t>
      </w:r>
      <w:r w:rsidR="00EA6399" w:rsidRPr="000A0A2D">
        <w:rPr>
          <w:rFonts w:hint="eastAsia"/>
          <w:sz w:val="22"/>
          <w:lang w:eastAsia="ja-JP"/>
        </w:rPr>
        <w:t>で</w:t>
      </w:r>
      <w:r w:rsidRPr="000A0A2D">
        <w:rPr>
          <w:sz w:val="22"/>
          <w:lang w:eastAsia="ja-JP"/>
        </w:rPr>
        <w:t>、運賃収入</w:t>
      </w:r>
      <w:r w:rsidR="00EA6399" w:rsidRPr="000A0A2D">
        <w:rPr>
          <w:rFonts w:hint="eastAsia"/>
          <w:sz w:val="22"/>
          <w:lang w:eastAsia="ja-JP"/>
        </w:rPr>
        <w:t>は</w:t>
      </w:r>
      <w:r w:rsidRPr="000A0A2D">
        <w:rPr>
          <w:sz w:val="22"/>
          <w:lang w:eastAsia="ja-JP"/>
        </w:rPr>
        <w:t>約1,025万円</w:t>
      </w:r>
      <w:r w:rsidR="00EA6399" w:rsidRPr="000A0A2D">
        <w:rPr>
          <w:rFonts w:hint="eastAsia"/>
          <w:sz w:val="22"/>
          <w:lang w:eastAsia="ja-JP"/>
        </w:rPr>
        <w:t>、</w:t>
      </w:r>
      <w:r w:rsidRPr="000A0A2D">
        <w:rPr>
          <w:sz w:val="22"/>
          <w:lang w:eastAsia="ja-JP"/>
        </w:rPr>
        <w:t>市</w:t>
      </w:r>
      <w:r w:rsidR="00EA6399" w:rsidRPr="000A0A2D">
        <w:rPr>
          <w:rFonts w:hint="eastAsia"/>
          <w:sz w:val="22"/>
          <w:lang w:eastAsia="ja-JP"/>
        </w:rPr>
        <w:t>の補助金は</w:t>
      </w:r>
      <w:r w:rsidRPr="000A0A2D">
        <w:rPr>
          <w:sz w:val="22"/>
          <w:lang w:eastAsia="ja-JP"/>
        </w:rPr>
        <w:t>約1,902万円</w:t>
      </w:r>
      <w:r w:rsidR="00EA6399" w:rsidRPr="000A0A2D">
        <w:rPr>
          <w:rFonts w:hint="eastAsia"/>
          <w:sz w:val="22"/>
          <w:lang w:eastAsia="ja-JP"/>
        </w:rPr>
        <w:t>となっており</w:t>
      </w:r>
      <w:r w:rsidRPr="000A0A2D">
        <w:rPr>
          <w:sz w:val="22"/>
          <w:lang w:eastAsia="ja-JP"/>
        </w:rPr>
        <w:t>運行経費の約65％を市が負担してい</w:t>
      </w:r>
      <w:r w:rsidR="00EA6399" w:rsidRPr="000A0A2D">
        <w:rPr>
          <w:rFonts w:hint="eastAsia"/>
          <w:sz w:val="22"/>
          <w:lang w:eastAsia="ja-JP"/>
        </w:rPr>
        <w:t>ます</w:t>
      </w:r>
      <w:r w:rsidRPr="000A0A2D">
        <w:rPr>
          <w:sz w:val="22"/>
          <w:lang w:eastAsia="ja-JP"/>
        </w:rPr>
        <w:t>。</w:t>
      </w:r>
    </w:p>
    <w:p w14:paraId="4123926D" w14:textId="24E0EA83" w:rsidR="00967DB5" w:rsidRPr="000A0A2D" w:rsidRDefault="00967DB5" w:rsidP="00230957">
      <w:pPr>
        <w:spacing w:after="0" w:line="240" w:lineRule="auto"/>
        <w:ind w:firstLineChars="100" w:firstLine="220"/>
        <w:rPr>
          <w:sz w:val="22"/>
          <w:lang w:eastAsia="ja-JP"/>
        </w:rPr>
      </w:pPr>
      <w:r w:rsidRPr="000A0A2D">
        <w:rPr>
          <w:sz w:val="22"/>
          <w:lang w:eastAsia="ja-JP"/>
        </w:rPr>
        <w:t>これまでも収支率の改善が課題となっており、今年度から運賃を改定するなど、今後も「ヨッピィ」を維持し、より持続可能な運行とするための取り組みを進めています。</w:t>
      </w:r>
    </w:p>
    <w:p w14:paraId="71460C9E" w14:textId="26EA6D33" w:rsidR="00230957" w:rsidRPr="000A0A2D" w:rsidRDefault="00230957" w:rsidP="00230957">
      <w:pPr>
        <w:spacing w:after="0" w:line="240" w:lineRule="auto"/>
        <w:ind w:firstLineChars="100" w:firstLine="220"/>
        <w:rPr>
          <w:sz w:val="22"/>
          <w:lang w:eastAsia="ja-JP"/>
        </w:rPr>
      </w:pPr>
      <w:r w:rsidRPr="000A0A2D">
        <w:rPr>
          <w:rFonts w:hint="eastAsia"/>
          <w:sz w:val="22"/>
          <w:lang w:eastAsia="ja-JP"/>
        </w:rPr>
        <w:t>こうした状況を踏まえ、今後の「ヨッピィ」のより良い運行方法について検討するため、日頃の利用状況や利用目的、利用頻度などをお伺いするとともに、現在の運行に対する皆様のご意見をお聞かせいただくため、アンケートを実施します。</w:t>
      </w:r>
    </w:p>
    <w:p w14:paraId="5D2DF406" w14:textId="0B67E868" w:rsidR="00230957" w:rsidRPr="000A0A2D" w:rsidRDefault="00230957" w:rsidP="00230957">
      <w:pPr>
        <w:spacing w:after="0" w:line="240" w:lineRule="auto"/>
        <w:ind w:firstLineChars="100" w:firstLine="220"/>
        <w:rPr>
          <w:sz w:val="22"/>
          <w:lang w:eastAsia="ja-JP"/>
        </w:rPr>
      </w:pPr>
      <w:r w:rsidRPr="000A0A2D">
        <w:rPr>
          <w:rFonts w:hint="eastAsia"/>
          <w:sz w:val="22"/>
          <w:lang w:eastAsia="ja-JP"/>
        </w:rPr>
        <w:t>いただいた回答は、今後の運行内容や運行方法</w:t>
      </w:r>
      <w:r w:rsidR="00C731B8" w:rsidRPr="000A0A2D">
        <w:rPr>
          <w:rFonts w:hint="eastAsia"/>
          <w:sz w:val="22"/>
          <w:lang w:eastAsia="ja-JP"/>
        </w:rPr>
        <w:t>の見直しを</w:t>
      </w:r>
      <w:r w:rsidRPr="000A0A2D">
        <w:rPr>
          <w:rFonts w:hint="eastAsia"/>
          <w:sz w:val="22"/>
          <w:lang w:eastAsia="ja-JP"/>
        </w:rPr>
        <w:t>検討する際の参考とさせていただきます。</w:t>
      </w:r>
    </w:p>
    <w:p w14:paraId="7D71AC1C" w14:textId="75593352" w:rsidR="0035227F" w:rsidRPr="000A0A2D" w:rsidRDefault="005F6954" w:rsidP="005F6954">
      <w:pPr>
        <w:spacing w:after="0" w:line="240" w:lineRule="auto"/>
        <w:ind w:firstLineChars="100" w:firstLine="220"/>
        <w:rPr>
          <w:sz w:val="22"/>
          <w:lang w:eastAsia="ja-JP"/>
        </w:rPr>
      </w:pPr>
      <w:r w:rsidRPr="000A0A2D">
        <w:rPr>
          <w:rFonts w:hint="eastAsia"/>
          <w:noProof/>
          <w:sz w:val="22"/>
          <w:lang w:eastAsia="ja-JP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654989" wp14:editId="096C8584">
                <wp:simplePos x="0" y="0"/>
                <wp:positionH relativeFrom="column">
                  <wp:posOffset>5781040</wp:posOffset>
                </wp:positionH>
                <wp:positionV relativeFrom="paragraph">
                  <wp:posOffset>200025</wp:posOffset>
                </wp:positionV>
                <wp:extent cx="838200" cy="847725"/>
                <wp:effectExtent l="57150" t="19050" r="57150" b="85725"/>
                <wp:wrapNone/>
                <wp:docPr id="702191375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4772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B8AE7" id="正方形/長方形 3" o:spid="_x0000_s1026" style="position:absolute;margin-left:455.2pt;margin-top:15.75pt;width:66pt;height:66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" stroked="f">
                <v:fill r:id="rId9" o:title="" recolor="t" rotate="t" type="frame"/>
                <v:shadow on="t" color="black" opacity="22937f" origin=",.5" offset="0,.63889mm"/>
              </v:rect>
            </w:pict>
          </mc:Fallback>
        </mc:AlternateContent>
      </w:r>
      <w:r w:rsidR="00230957" w:rsidRPr="000A0A2D">
        <w:rPr>
          <w:rFonts w:hint="eastAsia"/>
          <w:sz w:val="22"/>
          <w:lang w:eastAsia="ja-JP"/>
        </w:rPr>
        <w:t>より安全で安定した、利用しやすい「ヨッピィ」の運行を目指すため、アンケートへのご理解とご協力をお願いいたします。</w:t>
      </w:r>
    </w:p>
    <w:p w14:paraId="5F62B9CB" w14:textId="77777777" w:rsidR="002A6E0B" w:rsidRPr="000A0A2D" w:rsidRDefault="002A6E0B" w:rsidP="006267DA">
      <w:pPr>
        <w:spacing w:after="0" w:line="240" w:lineRule="auto"/>
        <w:ind w:firstLineChars="100" w:firstLine="211"/>
        <w:rPr>
          <w:b/>
          <w:bCs/>
          <w:lang w:eastAsia="ja-JP"/>
        </w:rPr>
      </w:pPr>
    </w:p>
    <w:p w14:paraId="09CBFEB9" w14:textId="34D16028" w:rsidR="00AF4B51" w:rsidRPr="000A0A2D" w:rsidRDefault="003B6AC3" w:rsidP="006267DA">
      <w:pPr>
        <w:spacing w:after="0" w:line="240" w:lineRule="auto"/>
        <w:ind w:firstLineChars="100" w:firstLine="211"/>
        <w:rPr>
          <w:lang w:eastAsia="ja-JP"/>
        </w:rPr>
      </w:pPr>
      <w:r w:rsidRPr="000A0A2D">
        <w:rPr>
          <w:rFonts w:hint="eastAsia"/>
          <w:b/>
          <w:bCs/>
          <w:lang w:eastAsia="ja-JP"/>
        </w:rPr>
        <w:t>設問</w:t>
      </w:r>
      <w:r w:rsidR="00A331A9" w:rsidRPr="000A0A2D">
        <w:rPr>
          <w:rFonts w:hint="eastAsia"/>
          <w:lang w:eastAsia="ja-JP"/>
        </w:rPr>
        <w:t>※□には☑をつけて下さい。（）内には記入をお願いします。</w:t>
      </w:r>
    </w:p>
    <w:p w14:paraId="17C14180" w14:textId="13405010" w:rsidR="00AF4B51" w:rsidRPr="000A0A2D" w:rsidRDefault="00AF4B51" w:rsidP="006267DA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6267DA" w:rsidRPr="000A0A2D">
        <w:rPr>
          <w:rFonts w:hint="eastAsia"/>
          <w:b/>
          <w:bCs/>
          <w:lang w:eastAsia="ja-JP"/>
        </w:rPr>
        <w:t>1</w:t>
      </w:r>
      <w:r w:rsidRPr="000A0A2D">
        <w:rPr>
          <w:b/>
          <w:bCs/>
          <w:lang w:eastAsia="ja-JP"/>
        </w:rPr>
        <w:t xml:space="preserve">　あなたの年齢を教えてください。</w:t>
      </w:r>
    </w:p>
    <w:p w14:paraId="01165B73" w14:textId="254C28EA" w:rsidR="00AF4B51" w:rsidRPr="000A0A2D" w:rsidRDefault="002A6E0B" w:rsidP="00230957">
      <w:pPr>
        <w:spacing w:after="0" w:line="360" w:lineRule="auto"/>
        <w:ind w:firstLineChars="100" w:firstLine="211"/>
        <w:rPr>
          <w:lang w:eastAsia="ja-JP"/>
        </w:rPr>
      </w:pPr>
      <w:r w:rsidRPr="000A0A2D">
        <w:rPr>
          <w:rFonts w:hint="eastAsia"/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A6689E" wp14:editId="18D62F50">
                <wp:simplePos x="0" y="0"/>
                <wp:positionH relativeFrom="column">
                  <wp:posOffset>5352415</wp:posOffset>
                </wp:positionH>
                <wp:positionV relativeFrom="page">
                  <wp:posOffset>3686175</wp:posOffset>
                </wp:positionV>
                <wp:extent cx="1685925" cy="656590"/>
                <wp:effectExtent l="0" t="0" r="28575" b="10160"/>
                <wp:wrapNone/>
                <wp:docPr id="119659744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656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F3A60" w14:textId="6C2EBA60" w:rsidR="00054BA8" w:rsidRDefault="00054BA8" w:rsidP="00054B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 w:rsidRPr="00054BA8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▲</w:t>
                            </w:r>
                            <w:r w:rsidR="007542E8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web</w:t>
                            </w:r>
                            <w:r w:rsidRPr="00054BA8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回答</w:t>
                            </w:r>
                            <w:r w:rsidR="00322C7A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二次元</w:t>
                            </w:r>
                            <w:r w:rsidR="00A331A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コード</w:t>
                            </w:r>
                          </w:p>
                          <w:p w14:paraId="64002DAE" w14:textId="2BABBB88" w:rsidR="00A331A9" w:rsidRPr="00A331A9" w:rsidRDefault="00A331A9" w:rsidP="00A331A9">
                            <w:pPr>
                              <w:spacing w:after="0"/>
                              <w:rPr>
                                <w:lang w:eastAsia="ja-JP"/>
                              </w:rPr>
                            </w:pPr>
                            <w:r w:rsidRPr="00A331A9">
                              <w:rPr>
                                <w:lang w:eastAsia="ja-JP"/>
                              </w:rPr>
                              <w:t>W</w:t>
                            </w:r>
                            <w:r w:rsidRPr="00A331A9">
                              <w:rPr>
                                <w:rFonts w:hint="eastAsia"/>
                                <w:lang w:eastAsia="ja-JP"/>
                              </w:rPr>
                              <w:t>ebで</w:t>
                            </w:r>
                            <w:r w:rsidR="00322C7A">
                              <w:rPr>
                                <w:rFonts w:hint="eastAsia"/>
                                <w:lang w:eastAsia="ja-JP"/>
                              </w:rPr>
                              <w:t>も</w:t>
                            </w:r>
                            <w:r w:rsidRPr="00A331A9">
                              <w:rPr>
                                <w:rFonts w:hint="eastAsia"/>
                                <w:lang w:eastAsia="ja-JP"/>
                              </w:rPr>
                              <w:t>回答が行えますのでご利用ください。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668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1.45pt;margin-top:290.25pt;width:132.75pt;height:51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" fillcolor="white [3201]" strokeweight=".5pt">
                <v:textbox>
                  <w:txbxContent>
                    <w:p w14:paraId="241F3A60" w14:textId="6C2EBA60" w:rsidR="00054BA8" w:rsidRDefault="00054BA8" w:rsidP="00054BA8">
                      <w:pPr>
                        <w:spacing w:after="0"/>
                        <w:jc w:val="center"/>
                        <w:rPr>
                          <w:b/>
                          <w:bCs/>
                          <w:lang w:eastAsia="ja-JP"/>
                        </w:rPr>
                      </w:pPr>
                      <w:r w:rsidRPr="00054BA8">
                        <w:rPr>
                          <w:rFonts w:hint="eastAsia"/>
                          <w:b/>
                          <w:bCs/>
                          <w:lang w:eastAsia="ja-JP"/>
                        </w:rPr>
                        <w:t>▲</w:t>
                      </w:r>
                      <w:r w:rsidR="007542E8">
                        <w:rPr>
                          <w:rFonts w:hint="eastAsia"/>
                          <w:b/>
                          <w:bCs/>
                          <w:lang w:eastAsia="ja-JP"/>
                        </w:rPr>
                        <w:t>web</w:t>
                      </w:r>
                      <w:r w:rsidRPr="00054BA8">
                        <w:rPr>
                          <w:rFonts w:hint="eastAsia"/>
                          <w:b/>
                          <w:bCs/>
                          <w:lang w:eastAsia="ja-JP"/>
                        </w:rPr>
                        <w:t>回答</w:t>
                      </w:r>
                      <w:r w:rsidR="00322C7A">
                        <w:rPr>
                          <w:rFonts w:hint="eastAsia"/>
                          <w:b/>
                          <w:bCs/>
                          <w:lang w:eastAsia="ja-JP"/>
                        </w:rPr>
                        <w:t>二次元</w:t>
                      </w:r>
                      <w:r w:rsidR="00A331A9">
                        <w:rPr>
                          <w:rFonts w:hint="eastAsia"/>
                          <w:b/>
                          <w:bCs/>
                          <w:lang w:eastAsia="ja-JP"/>
                        </w:rPr>
                        <w:t>コード</w:t>
                      </w:r>
                    </w:p>
                    <w:p w14:paraId="64002DAE" w14:textId="2BABBB88" w:rsidR="00A331A9" w:rsidRPr="00A331A9" w:rsidRDefault="00A331A9" w:rsidP="00A331A9">
                      <w:pPr>
                        <w:spacing w:after="0"/>
                        <w:rPr>
                          <w:lang w:eastAsia="ja-JP"/>
                        </w:rPr>
                      </w:pPr>
                      <w:r w:rsidRPr="00A331A9">
                        <w:rPr>
                          <w:lang w:eastAsia="ja-JP"/>
                        </w:rPr>
                        <w:t>W</w:t>
                      </w:r>
                      <w:r w:rsidRPr="00A331A9">
                        <w:rPr>
                          <w:rFonts w:hint="eastAsia"/>
                          <w:lang w:eastAsia="ja-JP"/>
                        </w:rPr>
                        <w:t>ebで</w:t>
                      </w:r>
                      <w:r w:rsidR="00322C7A">
                        <w:rPr>
                          <w:rFonts w:hint="eastAsia"/>
                          <w:lang w:eastAsia="ja-JP"/>
                        </w:rPr>
                        <w:t>も</w:t>
                      </w:r>
                      <w:r w:rsidRPr="00A331A9">
                        <w:rPr>
                          <w:rFonts w:hint="eastAsia"/>
                          <w:lang w:eastAsia="ja-JP"/>
                        </w:rPr>
                        <w:t>回答が行えますのでご利用ください。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F4B51" w:rsidRPr="000A0A2D">
        <w:rPr>
          <w:rFonts w:hint="eastAsia"/>
          <w:lang w:eastAsia="ja-JP"/>
        </w:rPr>
        <w:t>□</w:t>
      </w:r>
      <w:r w:rsidR="00AF4B51" w:rsidRPr="000A0A2D">
        <w:rPr>
          <w:lang w:eastAsia="ja-JP"/>
        </w:rPr>
        <w:t xml:space="preserve"> 10代</w:t>
      </w:r>
      <w:r w:rsidR="0066404F" w:rsidRPr="000A0A2D">
        <w:rPr>
          <w:rFonts w:hint="eastAsia"/>
          <w:lang w:eastAsia="ja-JP"/>
        </w:rPr>
        <w:t xml:space="preserve"> </w:t>
      </w:r>
      <w:r w:rsidR="00AF4B51" w:rsidRPr="000A0A2D">
        <w:rPr>
          <w:rFonts w:hint="eastAsia"/>
          <w:lang w:eastAsia="ja-JP"/>
        </w:rPr>
        <w:t>□</w:t>
      </w:r>
      <w:r w:rsidR="00AF4B51" w:rsidRPr="000A0A2D">
        <w:rPr>
          <w:lang w:eastAsia="ja-JP"/>
        </w:rPr>
        <w:t xml:space="preserve"> 20代</w:t>
      </w:r>
      <w:r w:rsidR="0066404F" w:rsidRPr="000A0A2D">
        <w:rPr>
          <w:rFonts w:hint="eastAsia"/>
          <w:lang w:eastAsia="ja-JP"/>
        </w:rPr>
        <w:t xml:space="preserve"> </w:t>
      </w:r>
      <w:r w:rsidR="00AF4B51" w:rsidRPr="000A0A2D">
        <w:rPr>
          <w:rFonts w:hint="eastAsia"/>
          <w:lang w:eastAsia="ja-JP"/>
        </w:rPr>
        <w:t>□</w:t>
      </w:r>
      <w:r w:rsidR="00AF4B51" w:rsidRPr="000A0A2D">
        <w:rPr>
          <w:lang w:eastAsia="ja-JP"/>
        </w:rPr>
        <w:t xml:space="preserve"> 30代</w:t>
      </w:r>
      <w:r w:rsidR="0066404F" w:rsidRPr="000A0A2D">
        <w:rPr>
          <w:rFonts w:hint="eastAsia"/>
          <w:lang w:eastAsia="ja-JP"/>
        </w:rPr>
        <w:t xml:space="preserve"> </w:t>
      </w:r>
      <w:r w:rsidR="00AF4B51" w:rsidRPr="000A0A2D">
        <w:rPr>
          <w:rFonts w:hint="eastAsia"/>
          <w:lang w:eastAsia="ja-JP"/>
        </w:rPr>
        <w:t>□</w:t>
      </w:r>
      <w:r w:rsidR="00AF4B51" w:rsidRPr="000A0A2D">
        <w:rPr>
          <w:lang w:eastAsia="ja-JP"/>
        </w:rPr>
        <w:t xml:space="preserve"> 40代</w:t>
      </w:r>
      <w:r w:rsidR="0066404F" w:rsidRPr="000A0A2D">
        <w:rPr>
          <w:rFonts w:hint="eastAsia"/>
          <w:lang w:eastAsia="ja-JP"/>
        </w:rPr>
        <w:t xml:space="preserve"> </w:t>
      </w:r>
      <w:r w:rsidR="00AF4B51" w:rsidRPr="000A0A2D">
        <w:rPr>
          <w:rFonts w:hint="eastAsia"/>
          <w:lang w:eastAsia="ja-JP"/>
        </w:rPr>
        <w:t>□</w:t>
      </w:r>
      <w:r w:rsidR="00AF4B51" w:rsidRPr="000A0A2D">
        <w:rPr>
          <w:lang w:eastAsia="ja-JP"/>
        </w:rPr>
        <w:t xml:space="preserve"> 50代</w:t>
      </w:r>
      <w:r w:rsidR="0066404F" w:rsidRPr="000A0A2D">
        <w:rPr>
          <w:rFonts w:hint="eastAsia"/>
          <w:lang w:eastAsia="ja-JP"/>
        </w:rPr>
        <w:t xml:space="preserve"> </w:t>
      </w:r>
      <w:r w:rsidR="00AF4B51" w:rsidRPr="000A0A2D">
        <w:rPr>
          <w:rFonts w:hint="eastAsia"/>
          <w:lang w:eastAsia="ja-JP"/>
        </w:rPr>
        <w:t>□</w:t>
      </w:r>
      <w:r w:rsidR="00AF4B51" w:rsidRPr="000A0A2D">
        <w:rPr>
          <w:lang w:eastAsia="ja-JP"/>
        </w:rPr>
        <w:t xml:space="preserve"> 60代</w:t>
      </w:r>
      <w:r w:rsidR="0066404F" w:rsidRPr="000A0A2D">
        <w:rPr>
          <w:rFonts w:hint="eastAsia"/>
          <w:lang w:eastAsia="ja-JP"/>
        </w:rPr>
        <w:t xml:space="preserve"> </w:t>
      </w:r>
      <w:r w:rsidR="00AF4B51" w:rsidRPr="000A0A2D">
        <w:rPr>
          <w:rFonts w:hint="eastAsia"/>
          <w:lang w:eastAsia="ja-JP"/>
        </w:rPr>
        <w:t>□</w:t>
      </w:r>
      <w:r w:rsidR="00AF4B51" w:rsidRPr="000A0A2D">
        <w:rPr>
          <w:lang w:eastAsia="ja-JP"/>
        </w:rPr>
        <w:t xml:space="preserve"> 70代</w:t>
      </w:r>
      <w:r w:rsidR="0066404F" w:rsidRPr="000A0A2D">
        <w:rPr>
          <w:rFonts w:hint="eastAsia"/>
          <w:lang w:eastAsia="ja-JP"/>
        </w:rPr>
        <w:t xml:space="preserve"> </w:t>
      </w:r>
      <w:r w:rsidR="00AF4B51" w:rsidRPr="000A0A2D">
        <w:rPr>
          <w:rFonts w:hint="eastAsia"/>
          <w:lang w:eastAsia="ja-JP"/>
        </w:rPr>
        <w:t>□</w:t>
      </w:r>
      <w:r w:rsidR="00AF4B51" w:rsidRPr="000A0A2D">
        <w:rPr>
          <w:lang w:eastAsia="ja-JP"/>
        </w:rPr>
        <w:t xml:space="preserve"> 80代以上</w:t>
      </w:r>
    </w:p>
    <w:p w14:paraId="1BDD4522" w14:textId="00BAEBDA" w:rsidR="005F6954" w:rsidRPr="000A0A2D" w:rsidRDefault="005F6954" w:rsidP="005F6954">
      <w:pPr>
        <w:spacing w:after="0" w:line="360" w:lineRule="auto"/>
        <w:ind w:firstLineChars="100" w:firstLine="211"/>
        <w:rPr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Pr="000A0A2D">
        <w:rPr>
          <w:b/>
          <w:bCs/>
          <w:lang w:eastAsia="ja-JP"/>
        </w:rPr>
        <w:t>2　普段、外出する際に最もよく利用する交通手段を教えてください。（1つ選択）</w:t>
      </w:r>
    </w:p>
    <w:p w14:paraId="5FC23F03" w14:textId="06F35DF8" w:rsidR="005F6954" w:rsidRPr="000A0A2D" w:rsidRDefault="005F6954" w:rsidP="005F6954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自家用車</w:t>
      </w:r>
      <w:r w:rsidR="009460B3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家族・知人による送迎</w:t>
      </w:r>
      <w:r w:rsidRPr="000A0A2D">
        <w:rPr>
          <w:rFonts w:hint="eastAsia"/>
          <w:lang w:eastAsia="ja-JP"/>
        </w:rPr>
        <w:t xml:space="preserve">　□</w:t>
      </w:r>
      <w:r w:rsidRPr="000A0A2D">
        <w:rPr>
          <w:lang w:eastAsia="ja-JP"/>
        </w:rPr>
        <w:t xml:space="preserve"> ヨッピィ</w:t>
      </w:r>
      <w:r w:rsidRPr="000A0A2D">
        <w:rPr>
          <w:rFonts w:hint="eastAsia"/>
          <w:lang w:eastAsia="ja-JP"/>
        </w:rPr>
        <w:t xml:space="preserve">　□</w:t>
      </w:r>
      <w:r w:rsidRPr="000A0A2D">
        <w:rPr>
          <w:lang w:eastAsia="ja-JP"/>
        </w:rPr>
        <w:t xml:space="preserve"> 路線バス</w:t>
      </w:r>
      <w:r w:rsidRPr="000A0A2D">
        <w:rPr>
          <w:rFonts w:hint="eastAsia"/>
          <w:lang w:eastAsia="ja-JP"/>
        </w:rPr>
        <w:t xml:space="preserve">　</w:t>
      </w:r>
    </w:p>
    <w:p w14:paraId="7F347E46" w14:textId="667156B4" w:rsidR="005F6954" w:rsidRPr="000A0A2D" w:rsidRDefault="005F6954" w:rsidP="005F6954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鉄道</w:t>
      </w:r>
      <w:r w:rsidRPr="000A0A2D">
        <w:rPr>
          <w:rFonts w:hint="eastAsia"/>
          <w:lang w:eastAsia="ja-JP"/>
        </w:rPr>
        <w:t xml:space="preserve">　</w:t>
      </w:r>
      <w:r w:rsidR="002A6E0B" w:rsidRPr="000A0A2D">
        <w:rPr>
          <w:rFonts w:hint="eastAsia"/>
          <w:lang w:eastAsia="ja-JP"/>
        </w:rPr>
        <w:t xml:space="preserve">　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タクシー</w:t>
      </w:r>
      <w:r w:rsidRPr="000A0A2D">
        <w:rPr>
          <w:rFonts w:hint="eastAsia"/>
          <w:lang w:eastAsia="ja-JP"/>
        </w:rPr>
        <w:t xml:space="preserve">　□</w:t>
      </w:r>
      <w:r w:rsidRPr="000A0A2D">
        <w:rPr>
          <w:lang w:eastAsia="ja-JP"/>
        </w:rPr>
        <w:t xml:space="preserve"> 自転車</w:t>
      </w:r>
      <w:r w:rsidRPr="000A0A2D">
        <w:rPr>
          <w:rFonts w:hint="eastAsia"/>
          <w:lang w:eastAsia="ja-JP"/>
        </w:rPr>
        <w:t xml:space="preserve">　</w:t>
      </w:r>
      <w:r w:rsidR="002A6E0B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徒歩</w:t>
      </w:r>
      <w:r w:rsidRPr="000A0A2D">
        <w:rPr>
          <w:rFonts w:hint="eastAsia"/>
          <w:lang w:eastAsia="ja-JP"/>
        </w:rPr>
        <w:t xml:space="preserve">　</w:t>
      </w:r>
      <w:r w:rsidR="002A6E0B" w:rsidRPr="000A0A2D">
        <w:rPr>
          <w:rFonts w:hint="eastAsia"/>
          <w:lang w:eastAsia="ja-JP"/>
        </w:rPr>
        <w:t xml:space="preserve">   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</w:t>
      </w:r>
      <w:r w:rsidR="002A6E0B" w:rsidRPr="000A0A2D">
        <w:rPr>
          <w:rFonts w:hint="eastAsia"/>
          <w:lang w:eastAsia="ja-JP"/>
        </w:rPr>
        <w:t>その他（</w:t>
      </w:r>
      <w:r w:rsidRPr="000A0A2D">
        <w:rPr>
          <w:lang w:eastAsia="ja-JP"/>
        </w:rPr>
        <w:t xml:space="preserve">　　　　　　　　　　　　　　　　　　）</w:t>
      </w:r>
    </w:p>
    <w:p w14:paraId="05B030F4" w14:textId="0F4BDFE7" w:rsidR="002A6E0B" w:rsidRPr="000A0A2D" w:rsidRDefault="002A6E0B" w:rsidP="002A6E0B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問3</w:t>
      </w:r>
      <w:r w:rsidRPr="000A0A2D">
        <w:rPr>
          <w:b/>
          <w:bCs/>
          <w:lang w:eastAsia="ja-JP"/>
        </w:rPr>
        <w:t xml:space="preserve">　普段</w:t>
      </w:r>
      <w:r w:rsidR="00011C67">
        <w:rPr>
          <w:rFonts w:hint="eastAsia"/>
          <w:b/>
          <w:bCs/>
          <w:lang w:eastAsia="ja-JP"/>
        </w:rPr>
        <w:t>、</w:t>
      </w:r>
      <w:r w:rsidRPr="000A0A2D">
        <w:rPr>
          <w:b/>
          <w:bCs/>
          <w:lang w:eastAsia="ja-JP"/>
        </w:rPr>
        <w:t>外出や移動</w:t>
      </w:r>
      <w:r w:rsidR="00011C67">
        <w:rPr>
          <w:rFonts w:hint="eastAsia"/>
          <w:b/>
          <w:bCs/>
          <w:lang w:eastAsia="ja-JP"/>
        </w:rPr>
        <w:t>の際</w:t>
      </w:r>
      <w:r w:rsidRPr="000A0A2D">
        <w:rPr>
          <w:b/>
          <w:bCs/>
          <w:lang w:eastAsia="ja-JP"/>
        </w:rPr>
        <w:t>、当てはまるものを教えてください。（複数回答可）</w:t>
      </w:r>
    </w:p>
    <w:p w14:paraId="57EBF9E9" w14:textId="3251F3EB" w:rsidR="005E3FAA" w:rsidRPr="000A0A2D" w:rsidRDefault="002A6E0B" w:rsidP="005E3FAA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特に</w:t>
      </w:r>
      <w:r w:rsidR="00011C67">
        <w:rPr>
          <w:rFonts w:hint="eastAsia"/>
          <w:lang w:eastAsia="ja-JP"/>
        </w:rPr>
        <w:t>困っていること</w:t>
      </w:r>
      <w:r w:rsidRPr="000A0A2D">
        <w:rPr>
          <w:lang w:eastAsia="ja-JP"/>
        </w:rPr>
        <w:t>はない</w:t>
      </w:r>
      <w:r w:rsidRPr="000A0A2D">
        <w:rPr>
          <w:rFonts w:hint="eastAsia"/>
          <w:lang w:eastAsia="ja-JP"/>
        </w:rPr>
        <w:t xml:space="preserve">　　□</w:t>
      </w:r>
      <w:r w:rsidRPr="000A0A2D">
        <w:rPr>
          <w:lang w:eastAsia="ja-JP"/>
        </w:rPr>
        <w:t xml:space="preserve"> 歩行に不安や負担がある</w:t>
      </w:r>
      <w:r w:rsidRPr="000A0A2D">
        <w:rPr>
          <w:rFonts w:hint="eastAsia"/>
          <w:lang w:eastAsia="ja-JP"/>
        </w:rPr>
        <w:t xml:space="preserve">　　　□</w:t>
      </w:r>
      <w:r w:rsidRPr="000A0A2D">
        <w:rPr>
          <w:lang w:eastAsia="ja-JP"/>
        </w:rPr>
        <w:t xml:space="preserve"> 杖・歩行器等を使用している</w:t>
      </w:r>
    </w:p>
    <w:p w14:paraId="474EFA74" w14:textId="6D77E4D5" w:rsidR="002A6E0B" w:rsidRPr="000A0A2D" w:rsidRDefault="005E3FAA" w:rsidP="005E3FAA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 xml:space="preserve">□ 車いすを使用している　　</w:t>
      </w:r>
      <w:r w:rsidR="00011C67">
        <w:rPr>
          <w:rFonts w:hint="eastAsia"/>
          <w:lang w:eastAsia="ja-JP"/>
        </w:rPr>
        <w:t xml:space="preserve">　　</w:t>
      </w:r>
      <w:r w:rsidR="002A6E0B" w:rsidRPr="000A0A2D">
        <w:rPr>
          <w:rFonts w:hint="eastAsia"/>
          <w:lang w:eastAsia="ja-JP"/>
        </w:rPr>
        <w:t>□</w:t>
      </w:r>
      <w:r w:rsidR="002A6E0B" w:rsidRPr="000A0A2D">
        <w:rPr>
          <w:lang w:eastAsia="ja-JP"/>
        </w:rPr>
        <w:t xml:space="preserve"> ベビーカーを</w:t>
      </w:r>
      <w:r w:rsidR="00555AC7">
        <w:rPr>
          <w:rFonts w:hint="eastAsia"/>
          <w:lang w:eastAsia="ja-JP"/>
        </w:rPr>
        <w:t>使用</w:t>
      </w:r>
      <w:r w:rsidR="002A6E0B" w:rsidRPr="000A0A2D">
        <w:rPr>
          <w:lang w:eastAsia="ja-JP"/>
        </w:rPr>
        <w:t>している</w:t>
      </w:r>
    </w:p>
    <w:p w14:paraId="74E9BAF9" w14:textId="4C73DF05" w:rsidR="002A6E0B" w:rsidRPr="000A0A2D" w:rsidRDefault="002A6E0B" w:rsidP="002A6E0B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その他（　　　　　　　　　　　　　　　　　）</w:t>
      </w:r>
    </w:p>
    <w:p w14:paraId="51BEF9C2" w14:textId="51003315" w:rsidR="00AF4B51" w:rsidRPr="000A0A2D" w:rsidRDefault="00AF4B51" w:rsidP="006267DA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9460B3" w:rsidRPr="000A0A2D">
        <w:rPr>
          <w:rFonts w:hint="eastAsia"/>
          <w:b/>
          <w:bCs/>
          <w:lang w:eastAsia="ja-JP"/>
        </w:rPr>
        <w:t>4</w:t>
      </w:r>
      <w:r w:rsidRPr="000A0A2D">
        <w:rPr>
          <w:b/>
          <w:bCs/>
          <w:lang w:eastAsia="ja-JP"/>
        </w:rPr>
        <w:t xml:space="preserve">　ヨッピィの利用頻度を教えてください。</w:t>
      </w:r>
    </w:p>
    <w:p w14:paraId="0ADF3417" w14:textId="535990F8" w:rsidR="00DF36F2" w:rsidRPr="000A0A2D" w:rsidRDefault="00AF4B51" w:rsidP="00230957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週5日以上</w:t>
      </w:r>
      <w:r w:rsidR="0066404F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週2～4日</w:t>
      </w:r>
      <w:r w:rsidR="0066404F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週1日程度</w:t>
      </w:r>
      <w:r w:rsidR="0066404F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月に数回</w:t>
      </w:r>
      <w:r w:rsidR="0066404F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ほとんど利用しない</w:t>
      </w:r>
    </w:p>
    <w:p w14:paraId="79383B54" w14:textId="6751F84D" w:rsidR="00DF36F2" w:rsidRPr="000A0A2D" w:rsidRDefault="00DF36F2" w:rsidP="006267DA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【問</w:t>
      </w:r>
      <w:r w:rsidR="009460B3" w:rsidRPr="000A0A2D">
        <w:rPr>
          <w:rFonts w:hint="eastAsia"/>
          <w:b/>
          <w:bCs/>
          <w:lang w:eastAsia="ja-JP"/>
        </w:rPr>
        <w:t>4</w:t>
      </w:r>
      <w:r w:rsidRPr="000A0A2D">
        <w:rPr>
          <w:rFonts w:hint="eastAsia"/>
          <w:b/>
          <w:bCs/>
          <w:lang w:eastAsia="ja-JP"/>
        </w:rPr>
        <w:t xml:space="preserve">　ほとんど利用しないと</w:t>
      </w:r>
      <w:r w:rsidRPr="000A0A2D">
        <w:rPr>
          <w:b/>
          <w:bCs/>
          <w:lang w:eastAsia="ja-JP"/>
        </w:rPr>
        <w:t>回答した方】→ 問1</w:t>
      </w:r>
      <w:r w:rsidR="00FE3CAA">
        <w:rPr>
          <w:rFonts w:hint="eastAsia"/>
          <w:b/>
          <w:bCs/>
          <w:lang w:eastAsia="ja-JP"/>
        </w:rPr>
        <w:t>2</w:t>
      </w:r>
      <w:r w:rsidRPr="000A0A2D">
        <w:rPr>
          <w:b/>
          <w:bCs/>
          <w:lang w:eastAsia="ja-JP"/>
        </w:rPr>
        <w:t>へお進みください。</w:t>
      </w:r>
    </w:p>
    <w:p w14:paraId="5B11C000" w14:textId="4123DE57" w:rsidR="001D1237" w:rsidRPr="000A0A2D" w:rsidRDefault="001D1237" w:rsidP="001D1237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9460B3" w:rsidRPr="000A0A2D">
        <w:rPr>
          <w:rFonts w:hint="eastAsia"/>
          <w:b/>
          <w:bCs/>
          <w:lang w:eastAsia="ja-JP"/>
        </w:rPr>
        <w:t>5</w:t>
      </w:r>
      <w:r w:rsidRPr="000A0A2D">
        <w:rPr>
          <w:b/>
          <w:bCs/>
          <w:lang w:eastAsia="ja-JP"/>
        </w:rPr>
        <w:t xml:space="preserve">　ヨッピィを利用する主な目的を教えてください。（複数回答可）</w:t>
      </w:r>
    </w:p>
    <w:p w14:paraId="52FF9857" w14:textId="5A107CE4" w:rsidR="001D1237" w:rsidRPr="000A0A2D" w:rsidRDefault="001D1237" w:rsidP="001D1237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通勤</w:t>
      </w:r>
      <w:r w:rsidRPr="000A0A2D">
        <w:rPr>
          <w:rFonts w:hint="eastAsia"/>
          <w:lang w:eastAsia="ja-JP"/>
        </w:rPr>
        <w:t xml:space="preserve"> □</w:t>
      </w:r>
      <w:r w:rsidRPr="000A0A2D">
        <w:rPr>
          <w:lang w:eastAsia="ja-JP"/>
        </w:rPr>
        <w:t xml:space="preserve"> 通学</w:t>
      </w:r>
      <w:r w:rsidRPr="000A0A2D">
        <w:rPr>
          <w:rFonts w:hint="eastAsia"/>
          <w:lang w:eastAsia="ja-JP"/>
        </w:rPr>
        <w:t xml:space="preserve"> □</w:t>
      </w:r>
      <w:r w:rsidRPr="000A0A2D">
        <w:rPr>
          <w:lang w:eastAsia="ja-JP"/>
        </w:rPr>
        <w:t xml:space="preserve"> 通院</w:t>
      </w:r>
      <w:r w:rsidRPr="000A0A2D">
        <w:rPr>
          <w:rFonts w:hint="eastAsia"/>
          <w:lang w:eastAsia="ja-JP"/>
        </w:rPr>
        <w:t xml:space="preserve"> □</w:t>
      </w:r>
      <w:r w:rsidRPr="000A0A2D">
        <w:rPr>
          <w:lang w:eastAsia="ja-JP"/>
        </w:rPr>
        <w:t xml:space="preserve"> 買物</w:t>
      </w:r>
      <w:r w:rsidRPr="000A0A2D">
        <w:rPr>
          <w:rFonts w:hint="eastAsia"/>
          <w:lang w:eastAsia="ja-JP"/>
        </w:rPr>
        <w:t xml:space="preserve"> □</w:t>
      </w:r>
      <w:r w:rsidR="00C731B8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金融機関・郵便局　□</w:t>
      </w:r>
      <w:r w:rsidRPr="000A0A2D">
        <w:rPr>
          <w:lang w:eastAsia="ja-JP"/>
        </w:rPr>
        <w:t xml:space="preserve"> 公共施設</w:t>
      </w:r>
      <w:r w:rsidR="00087504" w:rsidRPr="000A0A2D">
        <w:rPr>
          <w:rFonts w:hint="eastAsia"/>
          <w:lang w:eastAsia="ja-JP"/>
        </w:rPr>
        <w:t>（市役所・公民館等）</w:t>
      </w:r>
      <w:r w:rsidRPr="000A0A2D">
        <w:rPr>
          <w:lang w:eastAsia="ja-JP"/>
        </w:rPr>
        <w:t>の利用</w:t>
      </w:r>
    </w:p>
    <w:p w14:paraId="4DFF6D52" w14:textId="3E275A70" w:rsidR="001D1237" w:rsidRPr="000A0A2D" w:rsidRDefault="001D1237" w:rsidP="001D1237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鉄道・他のバスへの乗継ぎ</w:t>
      </w:r>
      <w:r w:rsidRPr="000A0A2D">
        <w:rPr>
          <w:rFonts w:hint="eastAsia"/>
          <w:lang w:eastAsia="ja-JP"/>
        </w:rPr>
        <w:t xml:space="preserve">　</w:t>
      </w:r>
      <w:r w:rsidR="0076402B" w:rsidRPr="000A0A2D">
        <w:rPr>
          <w:rFonts w:hint="eastAsia"/>
          <w:lang w:eastAsia="ja-JP"/>
        </w:rPr>
        <w:t xml:space="preserve">  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その他（　　　　　　　　　　　　　　　　　　　　）</w:t>
      </w:r>
    </w:p>
    <w:p w14:paraId="36028D0A" w14:textId="0D7A69C3" w:rsidR="00AF4B51" w:rsidRPr="000A0A2D" w:rsidRDefault="00AF4B51" w:rsidP="00230957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9460B3" w:rsidRPr="000A0A2D">
        <w:rPr>
          <w:rFonts w:hint="eastAsia"/>
          <w:b/>
          <w:bCs/>
          <w:lang w:eastAsia="ja-JP"/>
        </w:rPr>
        <w:t>6</w:t>
      </w:r>
      <w:r w:rsidRPr="000A0A2D">
        <w:rPr>
          <w:b/>
          <w:bCs/>
          <w:lang w:eastAsia="ja-JP"/>
        </w:rPr>
        <w:t xml:space="preserve">　ヨッピィを利用する曜日について教えてください。（複数回答可）</w:t>
      </w:r>
    </w:p>
    <w:p w14:paraId="66B17B72" w14:textId="4643F41A" w:rsidR="00AF4B51" w:rsidRPr="000A0A2D" w:rsidRDefault="00AF4B51" w:rsidP="00230957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平日</w:t>
      </w:r>
      <w:r w:rsidR="0053642E" w:rsidRPr="000A0A2D">
        <w:rPr>
          <w:rFonts w:hint="eastAsia"/>
          <w:lang w:eastAsia="ja-JP"/>
        </w:rPr>
        <w:t xml:space="preserve">　</w:t>
      </w:r>
      <w:r w:rsidRPr="000A0A2D">
        <w:rPr>
          <w:rFonts w:hint="eastAsia"/>
          <w:lang w:eastAsia="ja-JP"/>
        </w:rPr>
        <w:t>□</w:t>
      </w:r>
      <w:r w:rsidR="009B0E41" w:rsidRPr="000A0A2D">
        <w:rPr>
          <w:rFonts w:hint="eastAsia"/>
          <w:lang w:eastAsia="ja-JP"/>
        </w:rPr>
        <w:t>休日</w:t>
      </w:r>
      <w:r w:rsidR="0066404F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曜日は特に決まっていない</w:t>
      </w:r>
    </w:p>
    <w:p w14:paraId="28FC215D" w14:textId="7E4D9E79" w:rsidR="00570299" w:rsidRPr="000A0A2D" w:rsidRDefault="00570299" w:rsidP="00230957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9460B3" w:rsidRPr="000A0A2D">
        <w:rPr>
          <w:rFonts w:hint="eastAsia"/>
          <w:b/>
          <w:bCs/>
          <w:lang w:eastAsia="ja-JP"/>
        </w:rPr>
        <w:t>7</w:t>
      </w:r>
      <w:r w:rsidRPr="000A0A2D">
        <w:rPr>
          <w:rFonts w:hint="eastAsia"/>
          <w:b/>
          <w:bCs/>
          <w:lang w:eastAsia="ja-JP"/>
        </w:rPr>
        <w:t xml:space="preserve">　ヨッピィを利用する時間帯について教えてください。</w:t>
      </w:r>
      <w:r w:rsidR="00C318DF" w:rsidRPr="000A0A2D">
        <w:rPr>
          <w:rFonts w:hint="eastAsia"/>
          <w:b/>
          <w:bCs/>
          <w:lang w:eastAsia="ja-JP"/>
        </w:rPr>
        <w:t>（複数回答可）</w:t>
      </w:r>
    </w:p>
    <w:p w14:paraId="06009FE3" w14:textId="77777777" w:rsidR="00087504" w:rsidRPr="000A0A2D" w:rsidRDefault="00087504" w:rsidP="00087504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 xml:space="preserve">平日　</w:t>
      </w:r>
      <w:r w:rsidR="00570299" w:rsidRPr="000A0A2D">
        <w:rPr>
          <w:rFonts w:hint="eastAsia"/>
          <w:lang w:eastAsia="ja-JP"/>
        </w:rPr>
        <w:t>□</w:t>
      </w:r>
      <w:r w:rsidR="00C731B8" w:rsidRPr="000A0A2D">
        <w:rPr>
          <w:rFonts w:hint="eastAsia"/>
          <w:lang w:eastAsia="ja-JP"/>
        </w:rPr>
        <w:t xml:space="preserve"> </w:t>
      </w:r>
      <w:r w:rsidR="00570299" w:rsidRPr="000A0A2D">
        <w:rPr>
          <w:rFonts w:hint="eastAsia"/>
          <w:lang w:eastAsia="ja-JP"/>
        </w:rPr>
        <w:t>6～7時台</w:t>
      </w:r>
      <w:r w:rsidR="0076402B" w:rsidRPr="000A0A2D">
        <w:rPr>
          <w:rFonts w:hint="eastAsia"/>
          <w:lang w:eastAsia="ja-JP"/>
        </w:rPr>
        <w:t xml:space="preserve">　</w:t>
      </w:r>
      <w:r w:rsidR="00570299" w:rsidRPr="000A0A2D">
        <w:rPr>
          <w:rFonts w:hint="eastAsia"/>
          <w:lang w:eastAsia="ja-JP"/>
        </w:rPr>
        <w:t>□</w:t>
      </w:r>
      <w:r w:rsidR="00C731B8" w:rsidRPr="000A0A2D">
        <w:rPr>
          <w:rFonts w:hint="eastAsia"/>
          <w:lang w:eastAsia="ja-JP"/>
        </w:rPr>
        <w:t xml:space="preserve"> </w:t>
      </w:r>
      <w:r w:rsidR="00570299" w:rsidRPr="000A0A2D">
        <w:rPr>
          <w:rFonts w:hint="eastAsia"/>
          <w:lang w:eastAsia="ja-JP"/>
        </w:rPr>
        <w:t>8～9時台　□</w:t>
      </w:r>
      <w:r w:rsidR="00C731B8" w:rsidRPr="000A0A2D">
        <w:rPr>
          <w:rFonts w:hint="eastAsia"/>
          <w:lang w:eastAsia="ja-JP"/>
        </w:rPr>
        <w:t xml:space="preserve"> </w:t>
      </w:r>
      <w:r w:rsidR="00570299" w:rsidRPr="000A0A2D">
        <w:rPr>
          <w:rFonts w:hint="eastAsia"/>
          <w:lang w:eastAsia="ja-JP"/>
        </w:rPr>
        <w:t>10～11時台　□</w:t>
      </w:r>
      <w:r w:rsidR="00C731B8" w:rsidRPr="000A0A2D">
        <w:rPr>
          <w:rFonts w:hint="eastAsia"/>
          <w:lang w:eastAsia="ja-JP"/>
        </w:rPr>
        <w:t xml:space="preserve"> </w:t>
      </w:r>
      <w:r w:rsidR="00570299" w:rsidRPr="000A0A2D">
        <w:rPr>
          <w:rFonts w:hint="eastAsia"/>
          <w:lang w:eastAsia="ja-JP"/>
        </w:rPr>
        <w:t>12～13時台　□</w:t>
      </w:r>
      <w:r w:rsidR="00C731B8" w:rsidRPr="000A0A2D">
        <w:rPr>
          <w:rFonts w:hint="eastAsia"/>
          <w:lang w:eastAsia="ja-JP"/>
        </w:rPr>
        <w:t xml:space="preserve"> </w:t>
      </w:r>
      <w:r w:rsidR="00570299" w:rsidRPr="000A0A2D">
        <w:rPr>
          <w:rFonts w:hint="eastAsia"/>
          <w:lang w:eastAsia="ja-JP"/>
        </w:rPr>
        <w:t>14～15時台</w:t>
      </w:r>
      <w:r w:rsidRPr="000A0A2D">
        <w:rPr>
          <w:rFonts w:hint="eastAsia"/>
          <w:lang w:eastAsia="ja-JP"/>
        </w:rPr>
        <w:t xml:space="preserve">　</w:t>
      </w:r>
      <w:r w:rsidR="00570299" w:rsidRPr="000A0A2D">
        <w:rPr>
          <w:rFonts w:hint="eastAsia"/>
          <w:lang w:eastAsia="ja-JP"/>
        </w:rPr>
        <w:t>□</w:t>
      </w:r>
      <w:r w:rsidR="00C731B8" w:rsidRPr="000A0A2D">
        <w:rPr>
          <w:rFonts w:hint="eastAsia"/>
          <w:lang w:eastAsia="ja-JP"/>
        </w:rPr>
        <w:t xml:space="preserve"> </w:t>
      </w:r>
      <w:r w:rsidR="00570299" w:rsidRPr="000A0A2D">
        <w:rPr>
          <w:rFonts w:hint="eastAsia"/>
          <w:lang w:eastAsia="ja-JP"/>
        </w:rPr>
        <w:t xml:space="preserve">16～17時台　</w:t>
      </w:r>
    </w:p>
    <w:p w14:paraId="7EBD99BC" w14:textId="1C085063" w:rsidR="003D61C8" w:rsidRPr="000A0A2D" w:rsidRDefault="00570299" w:rsidP="00087504">
      <w:pPr>
        <w:spacing w:after="0" w:line="360" w:lineRule="auto"/>
        <w:ind w:firstLineChars="400" w:firstLine="84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="00C731B8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 xml:space="preserve">18～19時台　</w:t>
      </w:r>
    </w:p>
    <w:p w14:paraId="0CA6A51A" w14:textId="7018826D" w:rsidR="00D80666" w:rsidRPr="000A0A2D" w:rsidRDefault="003E7E76" w:rsidP="00D80666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休</w:t>
      </w:r>
      <w:r w:rsidR="00570299" w:rsidRPr="000A0A2D">
        <w:rPr>
          <w:rFonts w:hint="eastAsia"/>
          <w:lang w:eastAsia="ja-JP"/>
        </w:rPr>
        <w:t>日</w:t>
      </w:r>
      <w:r w:rsidR="00087504" w:rsidRPr="000A0A2D">
        <w:rPr>
          <w:rFonts w:hint="eastAsia"/>
          <w:lang w:eastAsia="ja-JP"/>
        </w:rPr>
        <w:t xml:space="preserve">　□ </w:t>
      </w:r>
      <w:r w:rsidRPr="000A0A2D">
        <w:rPr>
          <w:rFonts w:hint="eastAsia"/>
          <w:lang w:eastAsia="ja-JP"/>
        </w:rPr>
        <w:t>7</w:t>
      </w:r>
      <w:r w:rsidR="00570299" w:rsidRPr="000A0A2D">
        <w:rPr>
          <w:rFonts w:hint="eastAsia"/>
          <w:lang w:eastAsia="ja-JP"/>
        </w:rPr>
        <w:t>～</w:t>
      </w:r>
      <w:r w:rsidRPr="000A0A2D">
        <w:rPr>
          <w:rFonts w:hint="eastAsia"/>
          <w:lang w:eastAsia="ja-JP"/>
        </w:rPr>
        <w:t>8</w:t>
      </w:r>
      <w:r w:rsidR="00570299" w:rsidRPr="000A0A2D">
        <w:rPr>
          <w:rFonts w:hint="eastAsia"/>
          <w:lang w:eastAsia="ja-JP"/>
        </w:rPr>
        <w:t>時台　□</w:t>
      </w:r>
      <w:r w:rsidR="00C731B8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9</w:t>
      </w:r>
      <w:r w:rsidR="00570299" w:rsidRPr="000A0A2D">
        <w:rPr>
          <w:rFonts w:hint="eastAsia"/>
          <w:lang w:eastAsia="ja-JP"/>
        </w:rPr>
        <w:t>～</w:t>
      </w:r>
      <w:r w:rsidRPr="000A0A2D">
        <w:rPr>
          <w:rFonts w:hint="eastAsia"/>
          <w:lang w:eastAsia="ja-JP"/>
        </w:rPr>
        <w:t>10</w:t>
      </w:r>
      <w:r w:rsidR="00570299" w:rsidRPr="000A0A2D">
        <w:rPr>
          <w:rFonts w:hint="eastAsia"/>
          <w:lang w:eastAsia="ja-JP"/>
        </w:rPr>
        <w:t>時台　□</w:t>
      </w:r>
      <w:r w:rsidR="00C731B8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11</w:t>
      </w:r>
      <w:r w:rsidR="00570299" w:rsidRPr="000A0A2D">
        <w:rPr>
          <w:rFonts w:hint="eastAsia"/>
          <w:lang w:eastAsia="ja-JP"/>
        </w:rPr>
        <w:t>～</w:t>
      </w:r>
      <w:r w:rsidRPr="000A0A2D">
        <w:rPr>
          <w:rFonts w:hint="eastAsia"/>
          <w:lang w:eastAsia="ja-JP"/>
        </w:rPr>
        <w:t>12</w:t>
      </w:r>
      <w:r w:rsidR="00570299" w:rsidRPr="000A0A2D">
        <w:rPr>
          <w:rFonts w:hint="eastAsia"/>
          <w:lang w:eastAsia="ja-JP"/>
        </w:rPr>
        <w:t>時台</w:t>
      </w:r>
      <w:r w:rsidR="003D61C8" w:rsidRPr="000A0A2D">
        <w:rPr>
          <w:rFonts w:hint="eastAsia"/>
          <w:lang w:eastAsia="ja-JP"/>
        </w:rPr>
        <w:t xml:space="preserve">　</w:t>
      </w:r>
      <w:r w:rsidRPr="000A0A2D">
        <w:rPr>
          <w:rFonts w:hint="eastAsia"/>
          <w:lang w:eastAsia="ja-JP"/>
        </w:rPr>
        <w:t>□</w:t>
      </w:r>
      <w:r w:rsidR="00C731B8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13～14時台　□</w:t>
      </w:r>
      <w:r w:rsidR="00C731B8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15～16時台</w:t>
      </w:r>
      <w:r w:rsidR="0076402B" w:rsidRPr="000A0A2D">
        <w:rPr>
          <w:rFonts w:hint="eastAsia"/>
          <w:lang w:eastAsia="ja-JP"/>
        </w:rPr>
        <w:t xml:space="preserve"> </w:t>
      </w:r>
      <w:r w:rsidR="00C731B8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="00C731B8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17時台</w:t>
      </w:r>
    </w:p>
    <w:p w14:paraId="0CBA6710" w14:textId="104B35F6" w:rsidR="00A97BE3" w:rsidRPr="000A0A2D" w:rsidRDefault="00D80666" w:rsidP="00A97BE3">
      <w:pPr>
        <w:spacing w:after="0" w:line="360" w:lineRule="auto"/>
        <w:ind w:firstLineChars="400" w:firstLine="840"/>
        <w:rPr>
          <w:lang w:eastAsia="ja-JP"/>
        </w:rPr>
      </w:pPr>
      <w:r w:rsidRPr="000A0A2D">
        <w:rPr>
          <w:rFonts w:hint="eastAsia"/>
          <w:lang w:eastAsia="ja-JP"/>
        </w:rPr>
        <w:t xml:space="preserve">□ </w:t>
      </w:r>
      <w:r w:rsidR="00C318DF" w:rsidRPr="000A0A2D">
        <w:rPr>
          <w:rFonts w:hint="eastAsia"/>
          <w:lang w:eastAsia="ja-JP"/>
        </w:rPr>
        <w:t>時間帯は特に決まってない</w:t>
      </w:r>
    </w:p>
    <w:p w14:paraId="340626F5" w14:textId="77777777" w:rsidR="002A6E0B" w:rsidRPr="000A0A2D" w:rsidRDefault="002A6E0B" w:rsidP="002A6E0B">
      <w:pPr>
        <w:spacing w:after="0" w:line="360" w:lineRule="auto"/>
        <w:rPr>
          <w:b/>
          <w:bCs/>
          <w:lang w:eastAsia="ja-JP"/>
        </w:rPr>
      </w:pPr>
    </w:p>
    <w:p w14:paraId="0DDFCDA4" w14:textId="190894C7" w:rsidR="00A97BE3" w:rsidRPr="000A0A2D" w:rsidRDefault="00A97BE3" w:rsidP="002A6E0B">
      <w:pPr>
        <w:spacing w:after="0" w:line="360" w:lineRule="auto"/>
        <w:jc w:val="center"/>
        <w:rPr>
          <w:lang w:eastAsia="ja-JP"/>
        </w:rPr>
      </w:pPr>
      <w:r w:rsidRPr="000A0A2D">
        <w:rPr>
          <w:rFonts w:hint="eastAsia"/>
          <w:b/>
          <w:bCs/>
          <w:sz w:val="22"/>
          <w:szCs w:val="24"/>
          <w:lang w:eastAsia="ja-JP"/>
        </w:rPr>
        <w:t>―――裏面につづく――</w:t>
      </w:r>
    </w:p>
    <w:p w14:paraId="6912A2BE" w14:textId="53FA41CE" w:rsidR="002635D1" w:rsidRPr="000A0A2D" w:rsidRDefault="002635D1" w:rsidP="006267DA">
      <w:pPr>
        <w:spacing w:after="0" w:line="360" w:lineRule="auto"/>
        <w:ind w:firstLineChars="50" w:firstLine="105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lastRenderedPageBreak/>
        <w:t>問</w:t>
      </w:r>
      <w:r w:rsidR="009460B3" w:rsidRPr="000A0A2D">
        <w:rPr>
          <w:rFonts w:hint="eastAsia"/>
          <w:b/>
          <w:bCs/>
          <w:lang w:eastAsia="ja-JP"/>
        </w:rPr>
        <w:t>8</w:t>
      </w:r>
      <w:r w:rsidRPr="000A0A2D">
        <w:rPr>
          <w:b/>
          <w:bCs/>
          <w:lang w:eastAsia="ja-JP"/>
        </w:rPr>
        <w:t xml:space="preserve">　普段</w:t>
      </w:r>
      <w:r w:rsidR="00D773B1" w:rsidRPr="000A0A2D">
        <w:rPr>
          <w:rFonts w:hint="eastAsia"/>
          <w:b/>
          <w:bCs/>
          <w:lang w:eastAsia="ja-JP"/>
        </w:rPr>
        <w:t>よく</w:t>
      </w:r>
      <w:r w:rsidRPr="000A0A2D">
        <w:rPr>
          <w:b/>
          <w:bCs/>
          <w:lang w:eastAsia="ja-JP"/>
        </w:rPr>
        <w:t>利用する</w:t>
      </w:r>
      <w:r w:rsidR="00D773B1" w:rsidRPr="000A0A2D">
        <w:rPr>
          <w:rFonts w:hint="eastAsia"/>
          <w:b/>
          <w:bCs/>
          <w:lang w:eastAsia="ja-JP"/>
        </w:rPr>
        <w:t>区間・</w:t>
      </w:r>
      <w:r w:rsidRPr="000A0A2D">
        <w:rPr>
          <w:b/>
          <w:bCs/>
          <w:lang w:eastAsia="ja-JP"/>
        </w:rPr>
        <w:t>便</w:t>
      </w:r>
      <w:r w:rsidR="00D773B1" w:rsidRPr="000A0A2D">
        <w:rPr>
          <w:rFonts w:hint="eastAsia"/>
          <w:b/>
          <w:bCs/>
          <w:lang w:eastAsia="ja-JP"/>
        </w:rPr>
        <w:t>を</w:t>
      </w:r>
      <w:r w:rsidR="00EA6399" w:rsidRPr="000A0A2D">
        <w:rPr>
          <w:rFonts w:hint="eastAsia"/>
          <w:b/>
          <w:bCs/>
          <w:lang w:eastAsia="ja-JP"/>
        </w:rPr>
        <w:t>最大</w:t>
      </w:r>
      <w:r w:rsidR="001C20ED">
        <w:rPr>
          <w:rFonts w:hint="eastAsia"/>
          <w:b/>
          <w:bCs/>
          <w:lang w:eastAsia="ja-JP"/>
        </w:rPr>
        <w:t>2</w:t>
      </w:r>
      <w:r w:rsidR="00EA6399" w:rsidRPr="000A0A2D">
        <w:rPr>
          <w:rFonts w:hint="eastAsia"/>
          <w:b/>
          <w:bCs/>
          <w:lang w:eastAsia="ja-JP"/>
        </w:rPr>
        <w:t>つまで</w:t>
      </w:r>
      <w:r w:rsidRPr="000A0A2D">
        <w:rPr>
          <w:b/>
          <w:bCs/>
          <w:lang w:eastAsia="ja-JP"/>
        </w:rPr>
        <w:t>教えてください。（複数回答可）</w:t>
      </w:r>
    </w:p>
    <w:p w14:paraId="3D91B526" w14:textId="348AF0C2" w:rsidR="002635D1" w:rsidRPr="000A0A2D" w:rsidRDefault="002423AB" w:rsidP="002A6E0B">
      <w:pPr>
        <w:spacing w:after="0" w:line="360" w:lineRule="auto"/>
        <w:rPr>
          <w:lang w:eastAsia="ja-JP"/>
        </w:rPr>
      </w:pPr>
      <w:r w:rsidRPr="000A0A2D">
        <w:rPr>
          <w:rFonts w:hint="eastAsia"/>
          <w:lang w:eastAsia="ja-JP"/>
        </w:rPr>
        <w:t>「なくなったり、大きく時刻が変わったりすると困る便」には</w:t>
      </w:r>
      <w:r w:rsidR="00AB5A0C" w:rsidRPr="000A0A2D">
        <w:rPr>
          <w:rFonts w:hint="eastAsia"/>
          <w:lang w:eastAsia="ja-JP"/>
        </w:rPr>
        <w:t>「今後も維持してほしい」に</w:t>
      </w:r>
      <w:r w:rsidRPr="000A0A2D">
        <w:rPr>
          <w:rFonts w:hint="eastAsia"/>
          <w:lang w:eastAsia="ja-JP"/>
        </w:rPr>
        <w:t>☑をつけてください。</w:t>
      </w:r>
    </w:p>
    <w:p w14:paraId="60BA32BB" w14:textId="77777777" w:rsidR="00D773B1" w:rsidRPr="000A0A2D" w:rsidRDefault="002635D1" w:rsidP="00D773B1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lang w:eastAsia="ja-JP"/>
        </w:rPr>
        <w:t>1つ目：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平日　□ 休日　　□ 右回り　□ 左回り</w:t>
      </w:r>
      <w:r w:rsidR="00D773B1" w:rsidRPr="000A0A2D">
        <w:rPr>
          <w:rFonts w:hint="eastAsia"/>
          <w:lang w:eastAsia="ja-JP"/>
        </w:rPr>
        <w:t xml:space="preserve">　＿＿便　＿＿時＿＿分発</w:t>
      </w:r>
    </w:p>
    <w:p w14:paraId="285812EC" w14:textId="23894288" w:rsidR="002635D1" w:rsidRPr="000A0A2D" w:rsidRDefault="00D773B1" w:rsidP="00AB5A0C">
      <w:pPr>
        <w:spacing w:after="0" w:line="360" w:lineRule="auto"/>
        <w:ind w:firstLineChars="200" w:firstLine="420"/>
        <w:rPr>
          <w:lang w:eastAsia="ja-JP"/>
        </w:rPr>
      </w:pPr>
      <w:r w:rsidRPr="000A0A2D">
        <w:rPr>
          <w:rFonts w:hint="eastAsia"/>
          <w:lang w:eastAsia="ja-JP"/>
        </w:rPr>
        <w:t xml:space="preserve">乗車停留所（　　　　　　　　　　）降車停留所（　　</w:t>
      </w:r>
      <w:r w:rsidR="007D6C69" w:rsidRPr="000A0A2D">
        <w:rPr>
          <w:rFonts w:hint="eastAsia"/>
          <w:lang w:eastAsia="ja-JP"/>
        </w:rPr>
        <w:t xml:space="preserve">　</w:t>
      </w:r>
      <w:r w:rsidRPr="000A0A2D">
        <w:rPr>
          <w:rFonts w:hint="eastAsia"/>
          <w:lang w:eastAsia="ja-JP"/>
        </w:rPr>
        <w:t xml:space="preserve">　　　　　　　）</w:t>
      </w:r>
      <w:r w:rsidR="00AA5CE4" w:rsidRPr="000A0A2D">
        <w:rPr>
          <w:rFonts w:hint="eastAsia"/>
          <w:lang w:eastAsia="ja-JP"/>
        </w:rPr>
        <w:t xml:space="preserve">　</w:t>
      </w:r>
      <w:r w:rsidR="002423AB" w:rsidRPr="000A0A2D">
        <w:rPr>
          <w:rFonts w:hint="eastAsia"/>
          <w:lang w:eastAsia="ja-JP"/>
        </w:rPr>
        <w:t>□</w:t>
      </w:r>
      <w:r w:rsidR="00AB5A0C" w:rsidRPr="000A0A2D">
        <w:rPr>
          <w:rFonts w:hint="eastAsia"/>
          <w:lang w:eastAsia="ja-JP"/>
        </w:rPr>
        <w:t>今後も</w:t>
      </w:r>
      <w:r w:rsidR="002423AB" w:rsidRPr="000A0A2D">
        <w:rPr>
          <w:rFonts w:hint="eastAsia"/>
          <w:lang w:eastAsia="ja-JP"/>
        </w:rPr>
        <w:t>維持してほしい</w:t>
      </w:r>
    </w:p>
    <w:p w14:paraId="51618418" w14:textId="77777777" w:rsidR="00AB5A0C" w:rsidRPr="000A0A2D" w:rsidRDefault="00D773B1" w:rsidP="00AB5A0C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2</w:t>
      </w:r>
      <w:r w:rsidRPr="000A0A2D">
        <w:rPr>
          <w:lang w:eastAsia="ja-JP"/>
        </w:rPr>
        <w:t>つ目：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平日　□ 休日　　□ 右回り　□ 左回り</w:t>
      </w:r>
      <w:r w:rsidRPr="000A0A2D">
        <w:rPr>
          <w:rFonts w:hint="eastAsia"/>
          <w:lang w:eastAsia="ja-JP"/>
        </w:rPr>
        <w:t xml:space="preserve">　＿＿便　＿＿時＿＿分発</w:t>
      </w:r>
    </w:p>
    <w:p w14:paraId="1495D335" w14:textId="77777777" w:rsidR="005F6954" w:rsidRPr="000A0A2D" w:rsidRDefault="00D773B1" w:rsidP="00F94824">
      <w:pPr>
        <w:spacing w:after="0" w:line="360" w:lineRule="auto"/>
        <w:ind w:firstLineChars="200" w:firstLine="420"/>
        <w:rPr>
          <w:lang w:eastAsia="ja-JP"/>
        </w:rPr>
      </w:pPr>
      <w:r w:rsidRPr="000A0A2D">
        <w:rPr>
          <w:rFonts w:hint="eastAsia"/>
          <w:lang w:eastAsia="ja-JP"/>
        </w:rPr>
        <w:t xml:space="preserve">乗車停留所（　　　　　　　　　　）降車停留所（　</w:t>
      </w:r>
      <w:r w:rsidR="007D6C69" w:rsidRPr="000A0A2D">
        <w:rPr>
          <w:rFonts w:hint="eastAsia"/>
          <w:lang w:eastAsia="ja-JP"/>
        </w:rPr>
        <w:t xml:space="preserve">　</w:t>
      </w:r>
      <w:r w:rsidRPr="000A0A2D">
        <w:rPr>
          <w:rFonts w:hint="eastAsia"/>
          <w:lang w:eastAsia="ja-JP"/>
        </w:rPr>
        <w:t xml:space="preserve">　　　　　　　　）</w:t>
      </w:r>
      <w:r w:rsidR="00AA5CE4" w:rsidRPr="000A0A2D">
        <w:rPr>
          <w:rFonts w:hint="eastAsia"/>
          <w:lang w:eastAsia="ja-JP"/>
        </w:rPr>
        <w:t xml:space="preserve">　</w:t>
      </w:r>
      <w:r w:rsidR="002423AB" w:rsidRPr="000A0A2D">
        <w:rPr>
          <w:rFonts w:hint="eastAsia"/>
          <w:lang w:eastAsia="ja-JP"/>
        </w:rPr>
        <w:t>□</w:t>
      </w:r>
      <w:r w:rsidR="00AB5A0C" w:rsidRPr="000A0A2D">
        <w:rPr>
          <w:rFonts w:hint="eastAsia"/>
          <w:lang w:eastAsia="ja-JP"/>
        </w:rPr>
        <w:t>今後も</w:t>
      </w:r>
      <w:r w:rsidR="002423AB" w:rsidRPr="000A0A2D">
        <w:rPr>
          <w:rFonts w:hint="eastAsia"/>
          <w:lang w:eastAsia="ja-JP"/>
        </w:rPr>
        <w:t>維持してほしい</w:t>
      </w:r>
    </w:p>
    <w:p w14:paraId="3D0E7C53" w14:textId="4D0BC124" w:rsidR="002635D1" w:rsidRPr="000A0A2D" w:rsidRDefault="002423AB" w:rsidP="002423AB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9460B3" w:rsidRPr="000A0A2D">
        <w:rPr>
          <w:rFonts w:hint="eastAsia"/>
          <w:b/>
          <w:bCs/>
          <w:lang w:eastAsia="ja-JP"/>
        </w:rPr>
        <w:t>9</w:t>
      </w:r>
      <w:r w:rsidRPr="000A0A2D">
        <w:rPr>
          <w:rFonts w:hint="eastAsia"/>
          <w:b/>
          <w:bCs/>
          <w:lang w:eastAsia="ja-JP"/>
        </w:rPr>
        <w:t xml:space="preserve">　問</w:t>
      </w:r>
      <w:r w:rsidR="005D722F">
        <w:rPr>
          <w:rFonts w:hint="eastAsia"/>
          <w:b/>
          <w:bCs/>
          <w:lang w:eastAsia="ja-JP"/>
        </w:rPr>
        <w:t>8</w:t>
      </w:r>
      <w:r w:rsidRPr="000A0A2D">
        <w:rPr>
          <w:rFonts w:hint="eastAsia"/>
          <w:b/>
          <w:bCs/>
          <w:lang w:eastAsia="ja-JP"/>
        </w:rPr>
        <w:t>で</w:t>
      </w:r>
      <w:r w:rsidR="00546EC8" w:rsidRPr="000A0A2D">
        <w:rPr>
          <w:rFonts w:hint="eastAsia"/>
          <w:b/>
          <w:bCs/>
          <w:lang w:eastAsia="ja-JP"/>
        </w:rPr>
        <w:t>今後も</w:t>
      </w:r>
      <w:r w:rsidR="002635D1" w:rsidRPr="000A0A2D">
        <w:rPr>
          <w:b/>
          <w:bCs/>
          <w:lang w:eastAsia="ja-JP"/>
        </w:rPr>
        <w:t>維持してほしい</w:t>
      </w:r>
      <w:r w:rsidRPr="000A0A2D">
        <w:rPr>
          <w:rFonts w:hint="eastAsia"/>
          <w:b/>
          <w:bCs/>
          <w:lang w:eastAsia="ja-JP"/>
        </w:rPr>
        <w:t>にチェックをつけた</w:t>
      </w:r>
      <w:r w:rsidR="002635D1" w:rsidRPr="000A0A2D">
        <w:rPr>
          <w:b/>
          <w:bCs/>
          <w:lang w:eastAsia="ja-JP"/>
        </w:rPr>
        <w:t>便</w:t>
      </w:r>
      <w:r w:rsidRPr="000A0A2D">
        <w:rPr>
          <w:rFonts w:hint="eastAsia"/>
          <w:b/>
          <w:bCs/>
          <w:lang w:eastAsia="ja-JP"/>
        </w:rPr>
        <w:t>について、その便でなければ困る理由があれば教えてください。</w:t>
      </w:r>
    </w:p>
    <w:p w14:paraId="6322C362" w14:textId="75FB982B" w:rsidR="00AF4B51" w:rsidRPr="000A0A2D" w:rsidRDefault="00BC42C9" w:rsidP="00BC42C9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（　　　　　　　　　　　　　　　　　　　　　　　　　　　　　　　　　　　　　　　）</w:t>
      </w:r>
    </w:p>
    <w:p w14:paraId="47AE7BF0" w14:textId="38B94DF4" w:rsidR="00AF4B51" w:rsidRPr="000A0A2D" w:rsidRDefault="00AF4B51" w:rsidP="00230957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9460B3" w:rsidRPr="000A0A2D">
        <w:rPr>
          <w:rFonts w:hint="eastAsia"/>
          <w:b/>
          <w:bCs/>
          <w:lang w:eastAsia="ja-JP"/>
        </w:rPr>
        <w:t>10</w:t>
      </w:r>
      <w:r w:rsidRPr="000A0A2D">
        <w:rPr>
          <w:b/>
          <w:bCs/>
          <w:lang w:eastAsia="ja-JP"/>
        </w:rPr>
        <w:t xml:space="preserve">　普段利用している便の運行時刻が変更となる場合、どの程度の変更までであれば利用可能ですか。</w:t>
      </w:r>
    </w:p>
    <w:p w14:paraId="2DB34260" w14:textId="78F3E524" w:rsidR="00AF4B51" w:rsidRPr="000A0A2D" w:rsidRDefault="00AF4B51" w:rsidP="00230957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前後15分程度</w:t>
      </w:r>
      <w:r w:rsidR="0066404F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前後30分程度</w:t>
      </w:r>
      <w:r w:rsidR="0066404F" w:rsidRPr="000A0A2D">
        <w:rPr>
          <w:rFonts w:hint="eastAsia"/>
          <w:lang w:eastAsia="ja-JP"/>
        </w:rPr>
        <w:t xml:space="preserve">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前後1時間</w:t>
      </w:r>
      <w:r w:rsidR="0066404F" w:rsidRPr="000A0A2D">
        <w:rPr>
          <w:rFonts w:hint="eastAsia"/>
          <w:lang w:eastAsia="ja-JP"/>
        </w:rPr>
        <w:t xml:space="preserve">程度 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時刻が変わると利用が難しい</w:t>
      </w:r>
    </w:p>
    <w:p w14:paraId="5486B03C" w14:textId="1C91F837" w:rsidR="00AF4B51" w:rsidRPr="000A0A2D" w:rsidRDefault="00AF4B51" w:rsidP="00230957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その他（　　　　　　　　　　　　　　　　　　　　　）</w:t>
      </w:r>
    </w:p>
    <w:p w14:paraId="3C80E4EF" w14:textId="1D8107B6" w:rsidR="0035227F" w:rsidRPr="000A0A2D" w:rsidRDefault="0035227F" w:rsidP="00C21D08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問1</w:t>
      </w:r>
      <w:r w:rsidR="009460B3" w:rsidRPr="000A0A2D">
        <w:rPr>
          <w:rFonts w:hint="eastAsia"/>
          <w:b/>
          <w:bCs/>
          <w:lang w:eastAsia="ja-JP"/>
        </w:rPr>
        <w:t>1</w:t>
      </w:r>
      <w:r w:rsidRPr="000A0A2D">
        <w:rPr>
          <w:rFonts w:hint="eastAsia"/>
          <w:b/>
          <w:bCs/>
          <w:lang w:eastAsia="ja-JP"/>
        </w:rPr>
        <w:t xml:space="preserve">　現在の「ヨッピィ」の運行について、困っていることや気になることはありますか。（複数回答可）</w:t>
      </w:r>
    </w:p>
    <w:p w14:paraId="2DBDB1A1" w14:textId="29931157" w:rsidR="00CB656A" w:rsidRPr="000A0A2D" w:rsidRDefault="0035227F" w:rsidP="009E103E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時刻表どおりに運行されない</w:t>
      </w:r>
      <w:r w:rsidR="00087504" w:rsidRPr="000A0A2D">
        <w:rPr>
          <w:rFonts w:hint="eastAsia"/>
          <w:lang w:eastAsia="ja-JP"/>
        </w:rPr>
        <w:t xml:space="preserve">　　　　　　</w:t>
      </w:r>
      <w:r w:rsidRPr="000A0A2D">
        <w:rPr>
          <w:rFonts w:hint="eastAsia"/>
          <w:lang w:eastAsia="ja-JP"/>
        </w:rPr>
        <w:t xml:space="preserve">　</w:t>
      </w:r>
      <w:r w:rsidR="0043741F" w:rsidRPr="000A0A2D">
        <w:rPr>
          <w:rFonts w:hint="eastAsia"/>
          <w:lang w:eastAsia="ja-JP"/>
        </w:rPr>
        <w:t xml:space="preserve">　　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</w:t>
      </w:r>
      <w:r w:rsidR="00087504" w:rsidRPr="000A0A2D">
        <w:rPr>
          <w:rFonts w:hint="eastAsia"/>
          <w:lang w:eastAsia="ja-JP"/>
        </w:rPr>
        <w:t>遅延が多い</w:t>
      </w:r>
    </w:p>
    <w:p w14:paraId="3D2669BD" w14:textId="28D505DF" w:rsidR="0035227F" w:rsidRPr="000A0A2D" w:rsidRDefault="0043741F" w:rsidP="0043741F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自分の利用したい時間帯と運行</w:t>
      </w:r>
      <w:r w:rsidR="00C602CF" w:rsidRPr="000A0A2D">
        <w:rPr>
          <w:rFonts w:hint="eastAsia"/>
          <w:lang w:eastAsia="ja-JP"/>
        </w:rPr>
        <w:t>時刻</w:t>
      </w:r>
      <w:r w:rsidRPr="000A0A2D">
        <w:rPr>
          <w:lang w:eastAsia="ja-JP"/>
        </w:rPr>
        <w:t>が合わない</w:t>
      </w:r>
      <w:r w:rsidRPr="000A0A2D">
        <w:rPr>
          <w:rFonts w:hint="eastAsia"/>
          <w:lang w:eastAsia="ja-JP"/>
        </w:rPr>
        <w:t xml:space="preserve">　</w:t>
      </w:r>
      <w:r w:rsidR="0035227F" w:rsidRPr="000A0A2D">
        <w:rPr>
          <w:rFonts w:hint="eastAsia"/>
          <w:lang w:eastAsia="ja-JP"/>
        </w:rPr>
        <w:t>□</w:t>
      </w:r>
      <w:r w:rsidR="0035227F" w:rsidRPr="000A0A2D">
        <w:rPr>
          <w:lang w:eastAsia="ja-JP"/>
        </w:rPr>
        <w:t xml:space="preserve"> 特に困っていること・気になることはない</w:t>
      </w:r>
    </w:p>
    <w:p w14:paraId="7763D649" w14:textId="6F63735F" w:rsidR="0035227F" w:rsidRPr="000A0A2D" w:rsidRDefault="0035227F" w:rsidP="0035227F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その他（　　　　　　　　　　　　　　　　</w:t>
      </w:r>
      <w:r w:rsidR="0043741F" w:rsidRPr="000A0A2D">
        <w:rPr>
          <w:rFonts w:hint="eastAsia"/>
          <w:lang w:eastAsia="ja-JP"/>
        </w:rPr>
        <w:t xml:space="preserve">　　　　　　　　　　　　　　　　　　　　　　</w:t>
      </w:r>
      <w:r w:rsidRPr="000A0A2D">
        <w:rPr>
          <w:lang w:eastAsia="ja-JP"/>
        </w:rPr>
        <w:t xml:space="preserve">　）</w:t>
      </w:r>
    </w:p>
    <w:p w14:paraId="3BD22D77" w14:textId="35A54E35" w:rsidR="002A6E0B" w:rsidRPr="000A0A2D" w:rsidRDefault="00345D7E" w:rsidP="002A6E0B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問1</w:t>
      </w:r>
      <w:r w:rsidR="009460B3" w:rsidRPr="000A0A2D">
        <w:rPr>
          <w:rFonts w:hint="eastAsia"/>
          <w:b/>
          <w:bCs/>
          <w:lang w:eastAsia="ja-JP"/>
        </w:rPr>
        <w:t>2</w:t>
      </w:r>
      <w:r w:rsidR="00AC1A9E" w:rsidRPr="000A0A2D">
        <w:rPr>
          <w:rFonts w:hint="eastAsia"/>
          <w:b/>
          <w:bCs/>
          <w:lang w:eastAsia="ja-JP"/>
        </w:rPr>
        <w:t>【問</w:t>
      </w:r>
      <w:r w:rsidR="009460B3" w:rsidRPr="000A0A2D">
        <w:rPr>
          <w:rFonts w:hint="eastAsia"/>
          <w:b/>
          <w:bCs/>
          <w:lang w:eastAsia="ja-JP"/>
        </w:rPr>
        <w:t>4</w:t>
      </w:r>
      <w:r w:rsidR="00AC1A9E" w:rsidRPr="000A0A2D">
        <w:rPr>
          <w:b/>
          <w:bCs/>
          <w:lang w:eastAsia="ja-JP"/>
        </w:rPr>
        <w:t>で「ほとんど利用しない」と回答した方のみ</w:t>
      </w:r>
      <w:r w:rsidR="005D722F">
        <w:rPr>
          <w:rFonts w:hint="eastAsia"/>
          <w:b/>
          <w:bCs/>
          <w:lang w:eastAsia="ja-JP"/>
        </w:rPr>
        <w:t>（</w:t>
      </w:r>
      <w:r w:rsidR="005D722F" w:rsidRPr="000A0A2D">
        <w:rPr>
          <w:b/>
          <w:bCs/>
          <w:lang w:eastAsia="ja-JP"/>
        </w:rPr>
        <w:t>回答後、問1</w:t>
      </w:r>
      <w:r w:rsidR="005D722F" w:rsidRPr="000A0A2D">
        <w:rPr>
          <w:rFonts w:hint="eastAsia"/>
          <w:b/>
          <w:bCs/>
          <w:lang w:eastAsia="ja-JP"/>
        </w:rPr>
        <w:t>3</w:t>
      </w:r>
      <w:r w:rsidR="005D722F" w:rsidRPr="000A0A2D">
        <w:rPr>
          <w:b/>
          <w:bCs/>
          <w:lang w:eastAsia="ja-JP"/>
        </w:rPr>
        <w:t>へお進みください。</w:t>
      </w:r>
      <w:r w:rsidR="005D722F">
        <w:rPr>
          <w:rFonts w:hint="eastAsia"/>
          <w:b/>
          <w:bCs/>
          <w:lang w:eastAsia="ja-JP"/>
        </w:rPr>
        <w:t>）</w:t>
      </w:r>
      <w:r w:rsidR="00AC1A9E" w:rsidRPr="000A0A2D">
        <w:rPr>
          <w:b/>
          <w:bCs/>
          <w:lang w:eastAsia="ja-JP"/>
        </w:rPr>
        <w:t>】</w:t>
      </w:r>
    </w:p>
    <w:p w14:paraId="35A0017A" w14:textId="6A46DE7C" w:rsidR="00345D7E" w:rsidRDefault="00AC1A9E" w:rsidP="002A6E0B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ヨッピィを利用しない主な理由を教えてください。</w:t>
      </w:r>
      <w:r w:rsidR="00345D7E" w:rsidRPr="000A0A2D">
        <w:rPr>
          <w:rFonts w:hint="eastAsia"/>
          <w:b/>
          <w:bCs/>
          <w:lang w:eastAsia="ja-JP"/>
        </w:rPr>
        <w:t>（複数回答可）</w:t>
      </w:r>
    </w:p>
    <w:p w14:paraId="11BE8B26" w14:textId="77777777" w:rsidR="005D722F" w:rsidRPr="000A0A2D" w:rsidRDefault="005D722F" w:rsidP="005D722F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※問4</w:t>
      </w:r>
      <w:r w:rsidRPr="000A0A2D">
        <w:rPr>
          <w:b/>
          <w:bCs/>
          <w:lang w:eastAsia="ja-JP"/>
        </w:rPr>
        <w:t>で「ほとんど利用しない」以外を回答した方は、問1</w:t>
      </w:r>
      <w:r w:rsidRPr="000A0A2D">
        <w:rPr>
          <w:rFonts w:hint="eastAsia"/>
          <w:b/>
          <w:bCs/>
          <w:lang w:eastAsia="ja-JP"/>
        </w:rPr>
        <w:t>2</w:t>
      </w:r>
      <w:r w:rsidRPr="000A0A2D">
        <w:rPr>
          <w:b/>
          <w:bCs/>
          <w:lang w:eastAsia="ja-JP"/>
        </w:rPr>
        <w:t>を回答せず、問1</w:t>
      </w:r>
      <w:r w:rsidRPr="000A0A2D">
        <w:rPr>
          <w:rFonts w:hint="eastAsia"/>
          <w:b/>
          <w:bCs/>
          <w:lang w:eastAsia="ja-JP"/>
        </w:rPr>
        <w:t>3</w:t>
      </w:r>
      <w:r w:rsidRPr="000A0A2D">
        <w:rPr>
          <w:b/>
          <w:bCs/>
          <w:lang w:eastAsia="ja-JP"/>
        </w:rPr>
        <w:t>へお進みください。</w:t>
      </w:r>
    </w:p>
    <w:p w14:paraId="5665756B" w14:textId="77777777" w:rsidR="00345D7E" w:rsidRPr="000A0A2D" w:rsidRDefault="00345D7E" w:rsidP="00345D7E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利用したい時間帯に便がない</w:t>
      </w:r>
      <w:r w:rsidRPr="000A0A2D">
        <w:rPr>
          <w:rFonts w:hint="eastAsia"/>
          <w:lang w:eastAsia="ja-JP"/>
        </w:rPr>
        <w:t xml:space="preserve">　□</w:t>
      </w:r>
      <w:r w:rsidRPr="000A0A2D">
        <w:rPr>
          <w:lang w:eastAsia="ja-JP"/>
        </w:rPr>
        <w:t xml:space="preserve"> 目的地に行きにくい</w:t>
      </w:r>
      <w:r w:rsidRPr="000A0A2D">
        <w:rPr>
          <w:rFonts w:hint="eastAsia"/>
          <w:lang w:eastAsia="ja-JP"/>
        </w:rPr>
        <w:t xml:space="preserve">　□</w:t>
      </w:r>
      <w:r w:rsidRPr="000A0A2D">
        <w:rPr>
          <w:lang w:eastAsia="ja-JP"/>
        </w:rPr>
        <w:t xml:space="preserve"> 自宅から停留所が遠い</w:t>
      </w:r>
    </w:p>
    <w:p w14:paraId="0D566A62" w14:textId="6B3067DD" w:rsidR="00345D7E" w:rsidRPr="000A0A2D" w:rsidRDefault="00345D7E" w:rsidP="00345D7E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運行本数が少ない</w:t>
      </w:r>
      <w:r w:rsidR="0076402B" w:rsidRPr="000A0A2D">
        <w:rPr>
          <w:rFonts w:hint="eastAsia"/>
          <w:lang w:eastAsia="ja-JP"/>
        </w:rPr>
        <w:t xml:space="preserve">　　　　　</w:t>
      </w:r>
      <w:r w:rsidRPr="000A0A2D">
        <w:rPr>
          <w:rFonts w:hint="eastAsia"/>
          <w:lang w:eastAsia="ja-JP"/>
        </w:rPr>
        <w:t xml:space="preserve">　□</w:t>
      </w:r>
      <w:r w:rsidRPr="000A0A2D">
        <w:rPr>
          <w:lang w:eastAsia="ja-JP"/>
        </w:rPr>
        <w:t xml:space="preserve"> 所要時間が長い</w:t>
      </w:r>
      <w:r w:rsidRPr="000A0A2D">
        <w:rPr>
          <w:rFonts w:hint="eastAsia"/>
          <w:lang w:eastAsia="ja-JP"/>
        </w:rPr>
        <w:t xml:space="preserve">　</w:t>
      </w:r>
      <w:r w:rsidR="0076402B" w:rsidRPr="000A0A2D">
        <w:rPr>
          <w:rFonts w:hint="eastAsia"/>
          <w:lang w:eastAsia="ja-JP"/>
        </w:rPr>
        <w:t xml:space="preserve">　　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自家用車の方が便利</w:t>
      </w:r>
    </w:p>
    <w:p w14:paraId="473BE347" w14:textId="7C041668" w:rsidR="00345D7E" w:rsidRPr="000A0A2D" w:rsidRDefault="00345D7E" w:rsidP="00345D7E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家族等</w:t>
      </w:r>
      <w:r w:rsidR="00C602CF" w:rsidRPr="000A0A2D">
        <w:rPr>
          <w:rFonts w:hint="eastAsia"/>
          <w:lang w:eastAsia="ja-JP"/>
        </w:rPr>
        <w:t>による</w:t>
      </w:r>
      <w:r w:rsidRPr="000A0A2D">
        <w:rPr>
          <w:lang w:eastAsia="ja-JP"/>
        </w:rPr>
        <w:t>送迎を利用している</w:t>
      </w:r>
      <w:r w:rsidRPr="000A0A2D">
        <w:rPr>
          <w:rFonts w:hint="eastAsia"/>
          <w:lang w:eastAsia="ja-JP"/>
        </w:rPr>
        <w:t xml:space="preserve">　□</w:t>
      </w:r>
      <w:r w:rsidRPr="000A0A2D">
        <w:rPr>
          <w:lang w:eastAsia="ja-JP"/>
        </w:rPr>
        <w:t xml:space="preserve"> 他の公共交通機関を利用している</w:t>
      </w:r>
    </w:p>
    <w:p w14:paraId="5F8B050A" w14:textId="77777777" w:rsidR="00345D7E" w:rsidRPr="000A0A2D" w:rsidRDefault="00345D7E" w:rsidP="00345D7E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ヨッピィのことをよく知らない</w:t>
      </w:r>
      <w:r w:rsidRPr="000A0A2D">
        <w:rPr>
          <w:rFonts w:hint="eastAsia"/>
          <w:lang w:eastAsia="ja-JP"/>
        </w:rPr>
        <w:t xml:space="preserve">　□</w:t>
      </w:r>
      <w:r w:rsidRPr="000A0A2D">
        <w:rPr>
          <w:lang w:eastAsia="ja-JP"/>
        </w:rPr>
        <w:t xml:space="preserve"> その他（　　　　　　　　　　　　　　　　　　　　　）</w:t>
      </w:r>
    </w:p>
    <w:p w14:paraId="0487A4F7" w14:textId="44F6AE0B" w:rsidR="00C21D08" w:rsidRPr="000A0A2D" w:rsidRDefault="00C21D08" w:rsidP="00C21D08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35227F" w:rsidRPr="000A0A2D">
        <w:rPr>
          <w:rFonts w:hint="eastAsia"/>
          <w:b/>
          <w:bCs/>
          <w:lang w:eastAsia="ja-JP"/>
        </w:rPr>
        <w:t>1</w:t>
      </w:r>
      <w:r w:rsidR="00555AC7">
        <w:rPr>
          <w:rFonts w:hint="eastAsia"/>
          <w:b/>
          <w:bCs/>
          <w:lang w:eastAsia="ja-JP"/>
        </w:rPr>
        <w:t>3</w:t>
      </w:r>
      <w:r w:rsidRPr="000A0A2D">
        <w:rPr>
          <w:b/>
          <w:bCs/>
          <w:lang w:eastAsia="ja-JP"/>
        </w:rPr>
        <w:t xml:space="preserve">　今後の「ヨッピィ」の運行について、どのようにお考えですか。</w:t>
      </w:r>
      <w:r w:rsidR="00146846" w:rsidRPr="000A0A2D">
        <w:rPr>
          <w:rFonts w:hint="eastAsia"/>
          <w:b/>
          <w:bCs/>
          <w:lang w:eastAsia="ja-JP"/>
        </w:rPr>
        <w:t>（複数回答可）</w:t>
      </w:r>
    </w:p>
    <w:p w14:paraId="3B0F91C8" w14:textId="2472EAA4" w:rsidR="00C21D08" w:rsidRPr="000A0A2D" w:rsidRDefault="00C21D08" w:rsidP="00C21D08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現在と同程度の運行を</w:t>
      </w:r>
      <w:r w:rsidR="00AA5CE4" w:rsidRPr="000A0A2D">
        <w:rPr>
          <w:rFonts w:hint="eastAsia"/>
          <w:lang w:eastAsia="ja-JP"/>
        </w:rPr>
        <w:t>できる限り</w:t>
      </w:r>
      <w:r w:rsidRPr="000A0A2D">
        <w:rPr>
          <w:lang w:eastAsia="ja-JP"/>
        </w:rPr>
        <w:t>維持してほしい</w:t>
      </w:r>
    </w:p>
    <w:p w14:paraId="5F587A66" w14:textId="5ABB7556" w:rsidR="00C21D08" w:rsidRPr="000A0A2D" w:rsidRDefault="00C21D08" w:rsidP="00C21D08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運行本数や時間帯</w:t>
      </w:r>
      <w:r w:rsidR="00AA5CE4" w:rsidRPr="000A0A2D">
        <w:rPr>
          <w:rFonts w:hint="eastAsia"/>
          <w:lang w:eastAsia="ja-JP"/>
        </w:rPr>
        <w:t>など</w:t>
      </w:r>
      <w:r w:rsidRPr="000A0A2D">
        <w:rPr>
          <w:lang w:eastAsia="ja-JP"/>
        </w:rPr>
        <w:t>を見直し</w:t>
      </w:r>
      <w:r w:rsidR="00C55019" w:rsidRPr="000A0A2D">
        <w:rPr>
          <w:rFonts w:hint="eastAsia"/>
          <w:lang w:eastAsia="ja-JP"/>
        </w:rPr>
        <w:t>ながら</w:t>
      </w:r>
      <w:r w:rsidRPr="000A0A2D">
        <w:rPr>
          <w:lang w:eastAsia="ja-JP"/>
        </w:rPr>
        <w:t>、運行を維持してほしい</w:t>
      </w:r>
    </w:p>
    <w:p w14:paraId="587E4A06" w14:textId="0A9A3DA9" w:rsidR="00C21D08" w:rsidRPr="000A0A2D" w:rsidRDefault="00C21D08" w:rsidP="00AA5CE4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利用</w:t>
      </w:r>
      <w:r w:rsidR="00C55019" w:rsidRPr="000A0A2D">
        <w:rPr>
          <w:rFonts w:hint="eastAsia"/>
          <w:lang w:eastAsia="ja-JP"/>
        </w:rPr>
        <w:t>状況に応じて</w:t>
      </w:r>
      <w:r w:rsidRPr="000A0A2D">
        <w:rPr>
          <w:lang w:eastAsia="ja-JP"/>
        </w:rPr>
        <w:t>運行</w:t>
      </w:r>
      <w:r w:rsidR="00AA5CE4" w:rsidRPr="000A0A2D">
        <w:rPr>
          <w:rFonts w:hint="eastAsia"/>
          <w:lang w:eastAsia="ja-JP"/>
        </w:rPr>
        <w:t>内容を</w:t>
      </w:r>
      <w:r w:rsidRPr="000A0A2D">
        <w:rPr>
          <w:lang w:eastAsia="ja-JP"/>
        </w:rPr>
        <w:t>見直し</w:t>
      </w:r>
      <w:r w:rsidR="00C55019" w:rsidRPr="000A0A2D">
        <w:rPr>
          <w:rFonts w:hint="eastAsia"/>
          <w:lang w:eastAsia="ja-JP"/>
        </w:rPr>
        <w:t>、より効率的な運行にし</w:t>
      </w:r>
      <w:r w:rsidRPr="000A0A2D">
        <w:rPr>
          <w:lang w:eastAsia="ja-JP"/>
        </w:rPr>
        <w:t>てほしい</w:t>
      </w:r>
    </w:p>
    <w:p w14:paraId="3B3F833B" w14:textId="4B328E1C" w:rsidR="00C21D08" w:rsidRPr="000A0A2D" w:rsidRDefault="00C21D08" w:rsidP="00AB5A0C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わからない</w:t>
      </w:r>
      <w:r w:rsidR="00AB5A0C" w:rsidRPr="000A0A2D">
        <w:rPr>
          <w:rFonts w:hint="eastAsia"/>
          <w:lang w:eastAsia="ja-JP"/>
        </w:rPr>
        <w:t xml:space="preserve">　</w:t>
      </w:r>
      <w:r w:rsidRPr="000A0A2D">
        <w:rPr>
          <w:rFonts w:hint="eastAsia"/>
          <w:lang w:eastAsia="ja-JP"/>
        </w:rPr>
        <w:t>□</w:t>
      </w:r>
      <w:r w:rsidRPr="000A0A2D">
        <w:rPr>
          <w:lang w:eastAsia="ja-JP"/>
        </w:rPr>
        <w:t xml:space="preserve"> その他（　　　　　　　　　　　　　　　　）</w:t>
      </w:r>
    </w:p>
    <w:p w14:paraId="7E30DFEC" w14:textId="63B8AE04" w:rsidR="00AF4B51" w:rsidRPr="000A0A2D" w:rsidRDefault="00AF4B51" w:rsidP="00230957">
      <w:pPr>
        <w:spacing w:after="0" w:line="360" w:lineRule="auto"/>
        <w:ind w:firstLineChars="100" w:firstLine="211"/>
        <w:rPr>
          <w:b/>
          <w:bCs/>
          <w:lang w:eastAsia="ja-JP"/>
        </w:rPr>
      </w:pPr>
      <w:r w:rsidRPr="000A0A2D">
        <w:rPr>
          <w:rFonts w:hint="eastAsia"/>
          <w:b/>
          <w:bCs/>
          <w:lang w:eastAsia="ja-JP"/>
        </w:rPr>
        <w:t>問</w:t>
      </w:r>
      <w:r w:rsidR="0035227F" w:rsidRPr="000A0A2D">
        <w:rPr>
          <w:rFonts w:hint="eastAsia"/>
          <w:b/>
          <w:bCs/>
          <w:lang w:eastAsia="ja-JP"/>
        </w:rPr>
        <w:t>1</w:t>
      </w:r>
      <w:r w:rsidR="00555AC7">
        <w:rPr>
          <w:rFonts w:hint="eastAsia"/>
          <w:b/>
          <w:bCs/>
          <w:lang w:eastAsia="ja-JP"/>
        </w:rPr>
        <w:t>4</w:t>
      </w:r>
      <w:r w:rsidRPr="000A0A2D">
        <w:rPr>
          <w:b/>
          <w:bCs/>
          <w:lang w:eastAsia="ja-JP"/>
        </w:rPr>
        <w:t xml:space="preserve">　ヨッピィの運行について、ご意見・ご要望があればお書きください。</w:t>
      </w:r>
    </w:p>
    <w:p w14:paraId="0EC9C333" w14:textId="2591A0F4" w:rsidR="00322C7A" w:rsidRPr="000A0A2D" w:rsidRDefault="00AF4B51" w:rsidP="002423AB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rFonts w:hint="eastAsia"/>
          <w:lang w:eastAsia="ja-JP"/>
        </w:rPr>
        <w:t xml:space="preserve">（　　　　　　　　　　　　　　　　　　　　　　　　</w:t>
      </w:r>
      <w:r w:rsidR="00967DB5" w:rsidRPr="000A0A2D">
        <w:rPr>
          <w:rFonts w:hint="eastAsia"/>
          <w:lang w:eastAsia="ja-JP"/>
        </w:rPr>
        <w:t xml:space="preserve">　　　　　　　　　　　　　　　　　</w:t>
      </w:r>
      <w:r w:rsidRPr="000A0A2D">
        <w:rPr>
          <w:rFonts w:hint="eastAsia"/>
          <w:lang w:eastAsia="ja-JP"/>
        </w:rPr>
        <w:t xml:space="preserve">　）</w:t>
      </w:r>
    </w:p>
    <w:p w14:paraId="2098BF51" w14:textId="77777777" w:rsidR="002A6E0B" w:rsidRPr="000A0A2D" w:rsidRDefault="00AF4B51" w:rsidP="002A6E0B">
      <w:pPr>
        <w:spacing w:after="0" w:line="360" w:lineRule="auto"/>
        <w:ind w:firstLineChars="100" w:firstLine="210"/>
        <w:rPr>
          <w:bCs/>
          <w:lang w:eastAsia="ja-JP"/>
        </w:rPr>
      </w:pPr>
      <w:r w:rsidRPr="000A0A2D">
        <w:rPr>
          <w:rFonts w:hint="eastAsia"/>
          <w:lang w:eastAsia="ja-JP"/>
        </w:rPr>
        <w:t>ご協力ありがとうございました。アンケートでいただいたご意見は、今後のヨッピィの運行</w:t>
      </w:r>
      <w:r w:rsidR="0028052E" w:rsidRPr="000A0A2D">
        <w:rPr>
          <w:rFonts w:hint="eastAsia"/>
          <w:lang w:eastAsia="ja-JP"/>
        </w:rPr>
        <w:t>改善を</w:t>
      </w:r>
      <w:r w:rsidRPr="000A0A2D">
        <w:rPr>
          <w:rFonts w:hint="eastAsia"/>
          <w:lang w:eastAsia="ja-JP"/>
        </w:rPr>
        <w:t>検討する際の参考とさせていただきます。</w:t>
      </w:r>
    </w:p>
    <w:p w14:paraId="63FDBD6E" w14:textId="77777777" w:rsidR="005D722F" w:rsidRDefault="005D722F" w:rsidP="002A6E0B">
      <w:pPr>
        <w:spacing w:after="0" w:line="360" w:lineRule="auto"/>
        <w:rPr>
          <w:b/>
          <w:lang w:eastAsia="ja-JP"/>
        </w:rPr>
      </w:pPr>
    </w:p>
    <w:p w14:paraId="3631F002" w14:textId="21B626DD" w:rsidR="002A6E0B" w:rsidRPr="000A0A2D" w:rsidRDefault="002A6E0B" w:rsidP="002A6E0B">
      <w:pPr>
        <w:spacing w:after="0" w:line="360" w:lineRule="auto"/>
        <w:rPr>
          <w:b/>
          <w:lang w:eastAsia="ja-JP"/>
        </w:rPr>
      </w:pPr>
      <w:r w:rsidRPr="000A0A2D">
        <w:rPr>
          <w:b/>
          <w:lang w:eastAsia="ja-JP"/>
        </w:rPr>
        <w:t>【問合わせ先】</w:t>
      </w:r>
    </w:p>
    <w:p w14:paraId="50352B67" w14:textId="79406364" w:rsidR="006F235A" w:rsidRPr="000A0A2D" w:rsidRDefault="00C17160" w:rsidP="002A6E0B">
      <w:pPr>
        <w:spacing w:after="0" w:line="360" w:lineRule="auto"/>
        <w:ind w:firstLineChars="100" w:firstLine="210"/>
        <w:rPr>
          <w:lang w:eastAsia="ja-JP"/>
        </w:rPr>
      </w:pPr>
      <w:r w:rsidRPr="000A0A2D">
        <w:rPr>
          <w:bCs/>
          <w:lang w:eastAsia="ja-JP"/>
        </w:rPr>
        <w:t>四街道市くらし安全交通課</w:t>
      </w:r>
      <w:r w:rsidRPr="000A0A2D">
        <w:rPr>
          <w:rFonts w:hint="eastAsia"/>
          <w:bCs/>
          <w:lang w:eastAsia="ja-JP"/>
        </w:rPr>
        <w:t>交通政策係TEL</w:t>
      </w:r>
      <w:r w:rsidRPr="000A0A2D">
        <w:rPr>
          <w:bCs/>
          <w:lang w:eastAsia="ja-JP"/>
        </w:rPr>
        <w:t xml:space="preserve">：421-6104 </w:t>
      </w:r>
      <w:r w:rsidRPr="000A0A2D">
        <w:rPr>
          <w:rFonts w:hint="eastAsia"/>
          <w:bCs/>
          <w:lang w:eastAsia="ja-JP"/>
        </w:rPr>
        <w:t>✉</w:t>
      </w:r>
      <w:r w:rsidRPr="000A0A2D">
        <w:rPr>
          <w:bCs/>
          <w:lang w:eastAsia="ja-JP"/>
        </w:rPr>
        <w:t>：yjshinko@city.yotsukaido.chiba.jp</w:t>
      </w:r>
    </w:p>
    <w:sectPr w:rsidR="006F235A" w:rsidRPr="000A0A2D" w:rsidSect="006267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E8E5" w14:textId="77777777" w:rsidR="00F07D86" w:rsidRDefault="00F07D86" w:rsidP="00F07D86">
      <w:pPr>
        <w:spacing w:after="0" w:line="240" w:lineRule="auto"/>
      </w:pPr>
      <w:r>
        <w:separator/>
      </w:r>
    </w:p>
  </w:endnote>
  <w:endnote w:type="continuationSeparator" w:id="0">
    <w:p w14:paraId="4BB93BDD" w14:textId="77777777" w:rsidR="00F07D86" w:rsidRDefault="00F07D86" w:rsidP="00F07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ADBC" w14:textId="77777777" w:rsidR="00F07D86" w:rsidRDefault="00F07D86" w:rsidP="00F07D86">
      <w:pPr>
        <w:spacing w:after="0" w:line="240" w:lineRule="auto"/>
      </w:pPr>
      <w:r>
        <w:separator/>
      </w:r>
    </w:p>
  </w:footnote>
  <w:footnote w:type="continuationSeparator" w:id="0">
    <w:p w14:paraId="2A0D1563" w14:textId="77777777" w:rsidR="00F07D86" w:rsidRDefault="00F07D86" w:rsidP="00F07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562CE5"/>
    <w:multiLevelType w:val="hybridMultilevel"/>
    <w:tmpl w:val="65FA804A"/>
    <w:lvl w:ilvl="0" w:tplc="A85E9868">
      <w:start w:val="10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447621766">
    <w:abstractNumId w:val="8"/>
  </w:num>
  <w:num w:numId="2" w16cid:durableId="1535658095">
    <w:abstractNumId w:val="6"/>
  </w:num>
  <w:num w:numId="3" w16cid:durableId="441072112">
    <w:abstractNumId w:val="5"/>
  </w:num>
  <w:num w:numId="4" w16cid:durableId="427192509">
    <w:abstractNumId w:val="4"/>
  </w:num>
  <w:num w:numId="5" w16cid:durableId="263349067">
    <w:abstractNumId w:val="7"/>
  </w:num>
  <w:num w:numId="6" w16cid:durableId="1561400019">
    <w:abstractNumId w:val="3"/>
  </w:num>
  <w:num w:numId="7" w16cid:durableId="86848780">
    <w:abstractNumId w:val="2"/>
  </w:num>
  <w:num w:numId="8" w16cid:durableId="903415244">
    <w:abstractNumId w:val="1"/>
  </w:num>
  <w:num w:numId="9" w16cid:durableId="1427339923">
    <w:abstractNumId w:val="0"/>
  </w:num>
  <w:num w:numId="10" w16cid:durableId="5616021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C67"/>
    <w:rsid w:val="00034616"/>
    <w:rsid w:val="00054BA8"/>
    <w:rsid w:val="0006063C"/>
    <w:rsid w:val="00087504"/>
    <w:rsid w:val="000A0A2D"/>
    <w:rsid w:val="0014086D"/>
    <w:rsid w:val="00146846"/>
    <w:rsid w:val="0015074B"/>
    <w:rsid w:val="001C20ED"/>
    <w:rsid w:val="001D1237"/>
    <w:rsid w:val="001E42CB"/>
    <w:rsid w:val="00230957"/>
    <w:rsid w:val="00233D7A"/>
    <w:rsid w:val="002359CA"/>
    <w:rsid w:val="002423AB"/>
    <w:rsid w:val="00253629"/>
    <w:rsid w:val="002635D1"/>
    <w:rsid w:val="0028052E"/>
    <w:rsid w:val="0028517C"/>
    <w:rsid w:val="0029639D"/>
    <w:rsid w:val="002A6E0B"/>
    <w:rsid w:val="003208C5"/>
    <w:rsid w:val="00322C7A"/>
    <w:rsid w:val="00326F90"/>
    <w:rsid w:val="00345D7E"/>
    <w:rsid w:val="0035227F"/>
    <w:rsid w:val="003B6AC3"/>
    <w:rsid w:val="003D61C8"/>
    <w:rsid w:val="003E7E76"/>
    <w:rsid w:val="0043741F"/>
    <w:rsid w:val="00455020"/>
    <w:rsid w:val="004B61AF"/>
    <w:rsid w:val="0053642E"/>
    <w:rsid w:val="00546EC8"/>
    <w:rsid w:val="00555412"/>
    <w:rsid w:val="00555AC7"/>
    <w:rsid w:val="00570299"/>
    <w:rsid w:val="00576701"/>
    <w:rsid w:val="0059280D"/>
    <w:rsid w:val="005A247A"/>
    <w:rsid w:val="005D722F"/>
    <w:rsid w:val="005E3FAA"/>
    <w:rsid w:val="005F6954"/>
    <w:rsid w:val="006267DA"/>
    <w:rsid w:val="006606BA"/>
    <w:rsid w:val="0066404F"/>
    <w:rsid w:val="00692FE4"/>
    <w:rsid w:val="006C490E"/>
    <w:rsid w:val="006D0E01"/>
    <w:rsid w:val="006F235A"/>
    <w:rsid w:val="00720285"/>
    <w:rsid w:val="007542E8"/>
    <w:rsid w:val="0076402B"/>
    <w:rsid w:val="007D6C69"/>
    <w:rsid w:val="008006DB"/>
    <w:rsid w:val="00823ABA"/>
    <w:rsid w:val="008467FA"/>
    <w:rsid w:val="008941C6"/>
    <w:rsid w:val="008D5467"/>
    <w:rsid w:val="008E3BB2"/>
    <w:rsid w:val="008F2D0A"/>
    <w:rsid w:val="008F7735"/>
    <w:rsid w:val="009460B3"/>
    <w:rsid w:val="00962616"/>
    <w:rsid w:val="00967DB5"/>
    <w:rsid w:val="009B0E41"/>
    <w:rsid w:val="009B7DA5"/>
    <w:rsid w:val="009E103E"/>
    <w:rsid w:val="00A331A9"/>
    <w:rsid w:val="00A6632A"/>
    <w:rsid w:val="00A97BE3"/>
    <w:rsid w:val="00AA1D8D"/>
    <w:rsid w:val="00AA5CE4"/>
    <w:rsid w:val="00AB5A0C"/>
    <w:rsid w:val="00AC1A9E"/>
    <w:rsid w:val="00AE7368"/>
    <w:rsid w:val="00AF4B51"/>
    <w:rsid w:val="00B2117A"/>
    <w:rsid w:val="00B47730"/>
    <w:rsid w:val="00B70206"/>
    <w:rsid w:val="00BC3C62"/>
    <w:rsid w:val="00BC42C9"/>
    <w:rsid w:val="00C17160"/>
    <w:rsid w:val="00C21D08"/>
    <w:rsid w:val="00C318DF"/>
    <w:rsid w:val="00C33CEA"/>
    <w:rsid w:val="00C55019"/>
    <w:rsid w:val="00C602CF"/>
    <w:rsid w:val="00C65F0B"/>
    <w:rsid w:val="00C731B8"/>
    <w:rsid w:val="00C77EA9"/>
    <w:rsid w:val="00CB0664"/>
    <w:rsid w:val="00CB656A"/>
    <w:rsid w:val="00CE2153"/>
    <w:rsid w:val="00CE2DC8"/>
    <w:rsid w:val="00D2678B"/>
    <w:rsid w:val="00D61A53"/>
    <w:rsid w:val="00D773B1"/>
    <w:rsid w:val="00D80666"/>
    <w:rsid w:val="00DC40BF"/>
    <w:rsid w:val="00DC6BE9"/>
    <w:rsid w:val="00DF36F2"/>
    <w:rsid w:val="00E1073D"/>
    <w:rsid w:val="00E11EB1"/>
    <w:rsid w:val="00E14516"/>
    <w:rsid w:val="00EA6399"/>
    <w:rsid w:val="00F07D86"/>
    <w:rsid w:val="00F336D2"/>
    <w:rsid w:val="00F8360A"/>
    <w:rsid w:val="00F94824"/>
    <w:rsid w:val="00FC693F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9597FFB"/>
  <w14:defaultImageDpi w14:val="300"/>
  <w15:docId w15:val="{B5A454B8-3CE2-4C11-961C-88D79AB3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eastAsia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50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FFFFFF"/>
                        <w:left w:val="none" w:sz="0" w:space="6" w:color="FFFFFF"/>
                        <w:bottom w:val="none" w:sz="0" w:space="6" w:color="FFFFFF"/>
                        <w:right w:val="none" w:sz="0" w:space="6" w:color="FFFFFF"/>
                      </w:divBdr>
                      <w:divsChild>
                        <w:div w:id="8238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49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07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862279">
                          <w:marLeft w:val="0"/>
                          <w:marRight w:val="48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6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461551">
                          <w:marLeft w:val="0"/>
                          <w:marRight w:val="48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1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835693">
                          <w:marLeft w:val="0"/>
                          <w:marRight w:val="48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09742">
                          <w:marLeft w:val="0"/>
                          <w:marRight w:val="48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78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9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14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1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06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79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49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8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8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8606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8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30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1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86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202775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2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53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FFFFFF"/>
                                                    <w:left w:val="none" w:sz="0" w:space="0" w:color="FFFFFF"/>
                                                    <w:bottom w:val="none" w:sz="0" w:space="0" w:color="FFFFFF"/>
                                                    <w:right w:val="none" w:sz="0" w:space="0" w:color="FFFFFF"/>
                                                  </w:divBdr>
                                                  <w:divsChild>
                                                    <w:div w:id="1051079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576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40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174582">
                                                          <w:marLeft w:val="-240"/>
                                                          <w:marRight w:val="-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953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009688"/>
                                                                <w:left w:val="none" w:sz="0" w:space="0" w:color="009688"/>
                                                                <w:bottom w:val="none" w:sz="0" w:space="0" w:color="009688"/>
                                                                <w:right w:val="none" w:sz="0" w:space="0" w:color="009688"/>
                                                              </w:divBdr>
                                                              <w:divsChild>
                                                                <w:div w:id="157694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424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148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913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35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93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945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556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7140765">
                                                                              <w:marLeft w:val="-180"/>
                                                                              <w:marRight w:val="-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11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630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685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01686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981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9793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715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0650347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1035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4099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021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252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7427765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1089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2090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0665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2349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588598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2652233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084977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2928076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8322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66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962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6293073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71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6222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7974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7980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0990527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521460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8682108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5187000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15917556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702108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85054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8488565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0026899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1523137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296398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0745057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72291836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6423892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6723647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1043700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4180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7724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263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2786102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5233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881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61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027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8657211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7143257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7966451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773993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9130749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951481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2248133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5885676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28070071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4321287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45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589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5635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0151954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6301626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5754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2128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2172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634314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109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8003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58580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561649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1285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8741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3920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942816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50797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0045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1572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393797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87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89645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141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276257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52205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13660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525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02397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84631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5841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61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923516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5339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2452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9719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9191853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75345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10017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4505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2972143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82841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8135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6279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204941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2387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2392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144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5400484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921979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2466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1344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2027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513761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47349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8357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3747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275508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33866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489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5397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3359965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5565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132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8659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939444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6028999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67428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6812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292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311130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85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2106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06550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128048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66515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80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70091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209327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91725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66074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3432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7250954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97616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610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71344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9996589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90685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1156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0416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177156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1649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0756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887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36543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83719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4963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71644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413469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317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0848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20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870800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09488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56318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265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734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55517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5740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54119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06706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9968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9225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635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8732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8894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32399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6106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4812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1543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2030943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6173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6089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0328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79976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46540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1422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06870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91766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9565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9323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81675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51043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78745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68866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6133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6490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8049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97144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0813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1334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74391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9375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464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9868454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2383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0171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30963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7760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96789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12430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4795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9628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2713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48050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1110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48560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9843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8239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7884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8446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51376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94522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728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2610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4898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9841302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93785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3555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6895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0556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13809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8969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2416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4112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2523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5795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88091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50240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534827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9023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4503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54963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81831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1910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77695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2085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67032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363769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0052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80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4379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88253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828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81971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0480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4554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5159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5853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3148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0213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6168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4858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3940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68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41518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32110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3081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305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9045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9491811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4901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4562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9784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840555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9511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5196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4274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7690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530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5474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03909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63474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23074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070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9398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90241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9017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57571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27893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09070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5021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8234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75243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8674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046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12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555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2805343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94375962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593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3798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0036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711040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08365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22574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1051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388110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30277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8418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69628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2405119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25042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7310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0638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3812785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6226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0684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60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647788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62745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132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01068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945911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92500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03043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4484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0467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302910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4178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2810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544965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6657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99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91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643809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322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588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0699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8745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5738517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9091332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3581735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2986092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0491905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8575597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52433300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3009404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241355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7518357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336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9496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51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9620076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6883407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6749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479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8239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492567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6082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98991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67854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30575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4784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09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4229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468813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30564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637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11155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2449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59561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9687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5218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5183703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71875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64659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4404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391512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58653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35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4615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732597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16165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222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87328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4359895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21008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16611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2255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500690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6676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5968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152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9372151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0543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1182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602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6278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6331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3411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1132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9378947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769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7968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067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9094070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5547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946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974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056049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445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11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4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2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1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7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2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6" w:color="FFFFFF"/>
                        <w:left w:val="none" w:sz="0" w:space="6" w:color="FFFFFF"/>
                        <w:bottom w:val="none" w:sz="0" w:space="6" w:color="FFFFFF"/>
                        <w:right w:val="none" w:sz="0" w:space="6" w:color="FFFFFF"/>
                      </w:divBdr>
                      <w:divsChild>
                        <w:div w:id="45314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82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52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9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274038">
                          <w:marLeft w:val="0"/>
                          <w:marRight w:val="48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9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50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671935">
                          <w:marLeft w:val="0"/>
                          <w:marRight w:val="48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75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945197">
                          <w:marLeft w:val="0"/>
                          <w:marRight w:val="48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6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98252">
                          <w:marLeft w:val="0"/>
                          <w:marRight w:val="48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1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9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6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57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4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51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19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4873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6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10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41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50524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04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785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FFFFFF"/>
                                                    <w:left w:val="none" w:sz="0" w:space="0" w:color="FFFFFF"/>
                                                    <w:bottom w:val="none" w:sz="0" w:space="0" w:color="FFFFFF"/>
                                                    <w:right w:val="none" w:sz="0" w:space="0" w:color="FFFFFF"/>
                                                  </w:divBdr>
                                                  <w:divsChild>
                                                    <w:div w:id="207731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201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785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731336">
                                                          <w:marLeft w:val="-240"/>
                                                          <w:marRight w:val="-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517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009688"/>
                                                                <w:left w:val="none" w:sz="0" w:space="0" w:color="009688"/>
                                                                <w:bottom w:val="none" w:sz="0" w:space="0" w:color="009688"/>
                                                                <w:right w:val="none" w:sz="0" w:space="0" w:color="009688"/>
                                                              </w:divBdr>
                                                              <w:divsChild>
                                                                <w:div w:id="1998144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8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209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7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802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61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673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868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145142">
                                                                              <w:marLeft w:val="-180"/>
                                                                              <w:marRight w:val="-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8306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66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415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4646958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58418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8292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911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0823661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5985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6360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5625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5199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8543786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2810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71229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5199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4820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9112317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0411997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79095335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9436539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7332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066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916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4634387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360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68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9201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2216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978315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9647544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2005837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8544509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1647803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132632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0156931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472458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7923056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5042144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536104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0471724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54758836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4264119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0834101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6898196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6332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97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670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6923694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0268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9348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7485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8208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222486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3857305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28959086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9621871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54877061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5488452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4316487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3791638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4496281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8079993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4250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542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1724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3722581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6342445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757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1469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89103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705120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518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4224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04681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206666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05654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76494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048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362801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83877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20912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8613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3705134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95580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447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859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149165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6791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6945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9498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119682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0935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058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0313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715035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4863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1213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0827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442234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23306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0042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2779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650839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12384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8491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4638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57925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567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5789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15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853661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6927761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07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1496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37678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78154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6618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2639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267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993564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85145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4766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87015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98970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910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0478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5692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997050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9206978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977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8997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1572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9265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80617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220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1812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1039949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377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5962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5520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54076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04304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1540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64083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069579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4088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4008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74767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872587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78463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0784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3997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444676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72462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7607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30290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266558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78350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52408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8724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935527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1228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6606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380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627390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0000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8633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7955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7393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82605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3055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69092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58413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65901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143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2335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9596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164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2398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8560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637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9677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9344011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9065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1801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9273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1025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4306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63658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1256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55918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1389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2215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2542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6377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451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84103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2056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6330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7170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94978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96537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576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3994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5927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59071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2566432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0325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27292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1044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3404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04532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68749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19967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8405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6234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067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88973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53997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4043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06018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83378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1989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90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6689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8427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0424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74654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5693814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1909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1320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99217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38934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63087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02191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5934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14826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978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67004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20970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99444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0717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9754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87562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53518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7112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39518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8689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2817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02483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7181094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43642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34431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664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2946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22668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30061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8014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31762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21745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40271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47949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96608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3549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41214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7166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8979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77271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50716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0099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7944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52615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2853157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3034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707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707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1114862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9101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39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2440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4447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5191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7293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57164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8928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79330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7939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6995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2449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2745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147257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6517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808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6271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3927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0144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6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2835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2468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38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122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3150135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748703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036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6721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00508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9383685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43056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8578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46378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174056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04635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24920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3921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406756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8211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98639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2255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356947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59817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9378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8929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9070763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7408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0994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5403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059995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2891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2334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5653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071165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50701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0237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32837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2454203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372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058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0838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025541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486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0765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30321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8322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108005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6934416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514383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4706405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14707832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7310220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8746498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4220160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1732095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806473">
                                                                                                                  <w:marLeft w:val="0"/>
                                                                                                                  <w:marRight w:val="12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05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89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708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7634999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4814994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3497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0451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2459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191617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12823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784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1833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55728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8172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40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2991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785151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91189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0205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1303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724394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60167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367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7487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821154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68943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7280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69914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8781094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08625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2327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2918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5170614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649132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3926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2648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453330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80332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4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0518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593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926305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6816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53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069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297736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483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9634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82417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7427082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4818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8913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531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270743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424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2907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0038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6483669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573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738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FFFFFF"/>
                                                                                        <w:left w:val="none" w:sz="0" w:space="0" w:color="FFFFFF"/>
                                                                                        <w:bottom w:val="none" w:sz="0" w:space="0" w:color="FFFFFF"/>
                                                                                        <w:right w:val="none" w:sz="0" w:space="0" w:color="FFFFFF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8776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3496960">
                                                                                              <w:marLeft w:val="-180"/>
                                                                                              <w:marRight w:val="-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500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95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30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png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image" Target="media/image2.png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久保 佑介</cp:lastModifiedBy>
  <cp:revision>13</cp:revision>
  <cp:lastPrinted>2026-09-08T00:18:00Z</cp:lastPrinted>
  <dcterms:created xsi:type="dcterms:W3CDTF">2026-09-07T09:22:00Z</dcterms:created>
  <dcterms:modified xsi:type="dcterms:W3CDTF">2026-09-08T06:56:00Z</dcterms:modified>
  <cp:category/>
</cp:coreProperties>
</file>